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A6F75" w14:textId="77777777" w:rsidR="00F87BC9" w:rsidRPr="009F322B" w:rsidRDefault="00000000">
      <w:pPr>
        <w:jc w:val="center"/>
        <w:rPr>
          <w:sz w:val="36"/>
          <w:szCs w:val="36"/>
        </w:rPr>
      </w:pPr>
      <w:r w:rsidRPr="009F322B">
        <w:rPr>
          <w:b/>
          <w:sz w:val="40"/>
          <w:szCs w:val="36"/>
        </w:rPr>
        <w:t>STAFF ACKNOWLEDGEMENT: ANTI-MONEY LAUNDERING POLICY</w:t>
      </w:r>
    </w:p>
    <w:p w14:paraId="6452B87D" w14:textId="77777777" w:rsidR="00F87BC9" w:rsidRDefault="00F87BC9"/>
    <w:p w14:paraId="547C7D35" w14:textId="77777777" w:rsidR="00F87BC9" w:rsidRPr="0017786C" w:rsidRDefault="00000000" w:rsidP="0017786C">
      <w:pPr>
        <w:spacing w:after="120"/>
        <w:jc w:val="both"/>
        <w:rPr>
          <w:sz w:val="24"/>
          <w:szCs w:val="24"/>
        </w:rPr>
      </w:pPr>
      <w:r w:rsidRPr="0017786C">
        <w:rPr>
          <w:sz w:val="24"/>
          <w:szCs w:val="24"/>
        </w:rPr>
        <w:t xml:space="preserve">I, </w:t>
      </w:r>
      <w:r w:rsidRPr="0017786C">
        <w:rPr>
          <w:sz w:val="24"/>
          <w:szCs w:val="24"/>
          <w:highlight w:val="yellow"/>
        </w:rPr>
        <w:t>[full name],</w:t>
      </w:r>
      <w:r w:rsidRPr="0017786C">
        <w:rPr>
          <w:sz w:val="24"/>
          <w:szCs w:val="24"/>
        </w:rPr>
        <w:t xml:space="preserve"> acknowledge that I have received, read and understood the Anti-Money Laundering Policy of </w:t>
      </w:r>
      <w:r w:rsidRPr="0017786C">
        <w:rPr>
          <w:sz w:val="24"/>
          <w:szCs w:val="24"/>
          <w:highlight w:val="yellow"/>
        </w:rPr>
        <w:t>(insert agency name)</w:t>
      </w:r>
      <w:r w:rsidRPr="0017786C">
        <w:rPr>
          <w:sz w:val="24"/>
          <w:szCs w:val="24"/>
        </w:rPr>
        <w:t xml:space="preserve"> together with any related procedures, guidance notes and reporting requirements.</w:t>
      </w:r>
    </w:p>
    <w:p w14:paraId="46DC4660" w14:textId="77777777" w:rsidR="00F87BC9" w:rsidRPr="0017786C" w:rsidRDefault="00000000" w:rsidP="0017786C">
      <w:pPr>
        <w:spacing w:after="120"/>
        <w:jc w:val="both"/>
        <w:rPr>
          <w:sz w:val="24"/>
          <w:szCs w:val="24"/>
        </w:rPr>
      </w:pPr>
      <w:r w:rsidRPr="0017786C">
        <w:rPr>
          <w:sz w:val="24"/>
          <w:szCs w:val="24"/>
        </w:rPr>
        <w:t>I confirm that I understand my responsibilities under the policy, including but not limited to the following:</w:t>
      </w:r>
    </w:p>
    <w:p w14:paraId="0B84AED7" w14:textId="77777777" w:rsidR="00F87BC9" w:rsidRPr="0017786C" w:rsidRDefault="00000000" w:rsidP="0017786C">
      <w:pPr>
        <w:spacing w:after="60"/>
        <w:ind w:left="360" w:hanging="288"/>
        <w:jc w:val="both"/>
        <w:rPr>
          <w:sz w:val="24"/>
          <w:szCs w:val="24"/>
        </w:rPr>
      </w:pPr>
      <w:r w:rsidRPr="0017786C">
        <w:rPr>
          <w:sz w:val="24"/>
          <w:szCs w:val="24"/>
        </w:rPr>
        <w:t>1.</w:t>
      </w:r>
      <w:r w:rsidRPr="0017786C">
        <w:rPr>
          <w:sz w:val="24"/>
          <w:szCs w:val="24"/>
        </w:rPr>
        <w:tab/>
        <w:t xml:space="preserve">to comply with the anti-money laundering procedures of </w:t>
      </w:r>
      <w:r w:rsidRPr="0017786C">
        <w:rPr>
          <w:sz w:val="24"/>
          <w:szCs w:val="24"/>
          <w:highlight w:val="yellow"/>
        </w:rPr>
        <w:t>(insert agency name)</w:t>
      </w:r>
      <w:r w:rsidRPr="0017786C">
        <w:rPr>
          <w:sz w:val="24"/>
          <w:szCs w:val="24"/>
        </w:rPr>
        <w:t xml:space="preserve"> at all times;</w:t>
      </w:r>
    </w:p>
    <w:p w14:paraId="7C341909" w14:textId="77777777" w:rsidR="00F87BC9" w:rsidRPr="0017786C" w:rsidRDefault="00000000" w:rsidP="0017786C">
      <w:pPr>
        <w:spacing w:after="60"/>
        <w:ind w:left="360" w:hanging="288"/>
        <w:jc w:val="both"/>
        <w:rPr>
          <w:sz w:val="24"/>
          <w:szCs w:val="24"/>
        </w:rPr>
      </w:pPr>
      <w:r w:rsidRPr="0017786C">
        <w:rPr>
          <w:sz w:val="24"/>
          <w:szCs w:val="24"/>
        </w:rPr>
        <w:t>2.</w:t>
      </w:r>
      <w:r w:rsidRPr="0017786C">
        <w:rPr>
          <w:sz w:val="24"/>
          <w:szCs w:val="24"/>
        </w:rPr>
        <w:tab/>
        <w:t>to carry out customer due diligence and enhanced due diligence where required;</w:t>
      </w:r>
    </w:p>
    <w:p w14:paraId="75B1718A" w14:textId="77777777" w:rsidR="00F87BC9" w:rsidRPr="0017786C" w:rsidRDefault="00000000" w:rsidP="0017786C">
      <w:pPr>
        <w:spacing w:after="60"/>
        <w:ind w:left="360" w:hanging="288"/>
        <w:jc w:val="both"/>
        <w:rPr>
          <w:sz w:val="24"/>
          <w:szCs w:val="24"/>
        </w:rPr>
      </w:pPr>
      <w:r w:rsidRPr="0017786C">
        <w:rPr>
          <w:sz w:val="24"/>
          <w:szCs w:val="24"/>
        </w:rPr>
        <w:t>3.</w:t>
      </w:r>
      <w:r w:rsidRPr="0017786C">
        <w:rPr>
          <w:sz w:val="24"/>
          <w:szCs w:val="24"/>
        </w:rPr>
        <w:tab/>
        <w:t xml:space="preserve">to identify and report any suspicious activity, unusual transactions or concerns promptly to the nominated officer / Money Laundering Reporting Officer of </w:t>
      </w:r>
      <w:r w:rsidRPr="0017786C">
        <w:rPr>
          <w:sz w:val="24"/>
          <w:szCs w:val="24"/>
          <w:highlight w:val="yellow"/>
        </w:rPr>
        <w:t>(insert agency name);</w:t>
      </w:r>
    </w:p>
    <w:p w14:paraId="335DC454" w14:textId="77777777" w:rsidR="00F87BC9" w:rsidRPr="0017786C" w:rsidRDefault="00000000" w:rsidP="0017786C">
      <w:pPr>
        <w:spacing w:after="60"/>
        <w:ind w:left="360" w:hanging="288"/>
        <w:jc w:val="both"/>
        <w:rPr>
          <w:sz w:val="24"/>
          <w:szCs w:val="24"/>
        </w:rPr>
      </w:pPr>
      <w:r w:rsidRPr="0017786C">
        <w:rPr>
          <w:sz w:val="24"/>
          <w:szCs w:val="24"/>
        </w:rPr>
        <w:t>4.</w:t>
      </w:r>
      <w:r w:rsidRPr="0017786C">
        <w:rPr>
          <w:sz w:val="24"/>
          <w:szCs w:val="24"/>
        </w:rPr>
        <w:tab/>
        <w:t xml:space="preserve">to maintain appropriate records in accordance with the policy of </w:t>
      </w:r>
      <w:r w:rsidRPr="0017786C">
        <w:rPr>
          <w:sz w:val="24"/>
          <w:szCs w:val="24"/>
          <w:highlight w:val="yellow"/>
        </w:rPr>
        <w:t>(insert agency name)</w:t>
      </w:r>
      <w:r w:rsidRPr="0017786C">
        <w:rPr>
          <w:sz w:val="24"/>
          <w:szCs w:val="24"/>
        </w:rPr>
        <w:t xml:space="preserve"> and applicable legislation;</w:t>
      </w:r>
    </w:p>
    <w:p w14:paraId="2F419479" w14:textId="77777777" w:rsidR="00F87BC9" w:rsidRPr="0017786C" w:rsidRDefault="00000000" w:rsidP="0017786C">
      <w:pPr>
        <w:spacing w:after="60"/>
        <w:ind w:left="360" w:hanging="288"/>
        <w:jc w:val="both"/>
        <w:rPr>
          <w:sz w:val="24"/>
          <w:szCs w:val="24"/>
        </w:rPr>
      </w:pPr>
      <w:r w:rsidRPr="0017786C">
        <w:rPr>
          <w:sz w:val="24"/>
          <w:szCs w:val="24"/>
        </w:rPr>
        <w:t>5.</w:t>
      </w:r>
      <w:r w:rsidRPr="0017786C">
        <w:rPr>
          <w:sz w:val="24"/>
          <w:szCs w:val="24"/>
        </w:rPr>
        <w:tab/>
        <w:t>to complete any required anti-money laundering training and refresher training; and</w:t>
      </w:r>
    </w:p>
    <w:p w14:paraId="01E9A427" w14:textId="77777777" w:rsidR="00F87BC9" w:rsidRPr="0017786C" w:rsidRDefault="00000000" w:rsidP="0017786C">
      <w:pPr>
        <w:spacing w:after="60"/>
        <w:ind w:left="360" w:hanging="288"/>
        <w:jc w:val="both"/>
        <w:rPr>
          <w:sz w:val="24"/>
          <w:szCs w:val="24"/>
        </w:rPr>
      </w:pPr>
      <w:r w:rsidRPr="0017786C">
        <w:rPr>
          <w:sz w:val="24"/>
          <w:szCs w:val="24"/>
        </w:rPr>
        <w:t>6.</w:t>
      </w:r>
      <w:r w:rsidRPr="0017786C">
        <w:rPr>
          <w:sz w:val="24"/>
          <w:szCs w:val="24"/>
        </w:rPr>
        <w:tab/>
        <w:t>to seek guidance where I am unsure of the correct procedure or my obligations.</w:t>
      </w:r>
    </w:p>
    <w:p w14:paraId="7B4B1680" w14:textId="77777777" w:rsidR="00F87BC9" w:rsidRPr="0017786C" w:rsidRDefault="00000000" w:rsidP="0017786C">
      <w:pPr>
        <w:spacing w:after="120"/>
        <w:jc w:val="both"/>
        <w:rPr>
          <w:sz w:val="24"/>
          <w:szCs w:val="24"/>
        </w:rPr>
      </w:pPr>
      <w:r w:rsidRPr="0017786C">
        <w:rPr>
          <w:sz w:val="24"/>
          <w:szCs w:val="24"/>
        </w:rPr>
        <w:t xml:space="preserve">I understand that compliance with the Anti-Money Laundering Policy of </w:t>
      </w:r>
      <w:r w:rsidRPr="0017786C">
        <w:rPr>
          <w:sz w:val="24"/>
          <w:szCs w:val="24"/>
          <w:highlight w:val="yellow"/>
        </w:rPr>
        <w:t>(insert agency name)</w:t>
      </w:r>
      <w:r w:rsidRPr="0017786C">
        <w:rPr>
          <w:sz w:val="24"/>
          <w:szCs w:val="24"/>
        </w:rPr>
        <w:t xml:space="preserve"> is a condition of my employment / engagement and that any failure to comply may result in disciplinary action and, where appropriate, reporting to the relevant authorities.</w:t>
      </w:r>
    </w:p>
    <w:p w14:paraId="0AAB1E66" w14:textId="77777777" w:rsidR="00F87BC9" w:rsidRPr="0017786C" w:rsidRDefault="00000000" w:rsidP="0017786C">
      <w:pPr>
        <w:spacing w:after="120"/>
        <w:jc w:val="both"/>
        <w:rPr>
          <w:sz w:val="24"/>
          <w:szCs w:val="24"/>
        </w:rPr>
      </w:pPr>
      <w:r w:rsidRPr="0017786C">
        <w:rPr>
          <w:sz w:val="24"/>
          <w:szCs w:val="24"/>
        </w:rPr>
        <w:t xml:space="preserve">I also confirm that I will keep myself familiar with any updates made to the policy and will comply with the most current version in force at </w:t>
      </w:r>
      <w:r w:rsidRPr="0017786C">
        <w:rPr>
          <w:sz w:val="24"/>
          <w:szCs w:val="24"/>
          <w:highlight w:val="yellow"/>
        </w:rPr>
        <w:t>(insert agency name).</w:t>
      </w:r>
    </w:p>
    <w:p w14:paraId="61B9D6D7" w14:textId="77777777" w:rsidR="00F87BC9" w:rsidRPr="0017786C" w:rsidRDefault="00F87BC9" w:rsidP="0017786C">
      <w:pPr>
        <w:jc w:val="both"/>
        <w:rPr>
          <w:sz w:val="24"/>
          <w:szCs w:val="24"/>
        </w:rPr>
      </w:pPr>
    </w:p>
    <w:p w14:paraId="3173E141" w14:textId="77777777" w:rsidR="00F87BC9" w:rsidRPr="0017786C" w:rsidRDefault="00000000" w:rsidP="0017786C">
      <w:pPr>
        <w:spacing w:after="120"/>
        <w:jc w:val="both"/>
        <w:rPr>
          <w:sz w:val="24"/>
          <w:szCs w:val="24"/>
        </w:rPr>
      </w:pPr>
      <w:r w:rsidRPr="0017786C">
        <w:rPr>
          <w:sz w:val="24"/>
          <w:szCs w:val="24"/>
        </w:rPr>
        <w:t>Signed: ___________________________________</w:t>
      </w:r>
    </w:p>
    <w:p w14:paraId="45954AB6" w14:textId="77777777" w:rsidR="00F87BC9" w:rsidRPr="0017786C" w:rsidRDefault="00000000" w:rsidP="0017786C">
      <w:pPr>
        <w:spacing w:after="120"/>
        <w:jc w:val="both"/>
        <w:rPr>
          <w:sz w:val="24"/>
          <w:szCs w:val="24"/>
        </w:rPr>
      </w:pPr>
      <w:r w:rsidRPr="0017786C">
        <w:rPr>
          <w:sz w:val="24"/>
          <w:szCs w:val="24"/>
        </w:rPr>
        <w:t>Name: ___________________________________</w:t>
      </w:r>
    </w:p>
    <w:p w14:paraId="0B6008A1" w14:textId="77777777" w:rsidR="00F87BC9" w:rsidRPr="0017786C" w:rsidRDefault="00000000" w:rsidP="0017786C">
      <w:pPr>
        <w:spacing w:after="120"/>
        <w:jc w:val="both"/>
        <w:rPr>
          <w:sz w:val="24"/>
          <w:szCs w:val="24"/>
        </w:rPr>
      </w:pPr>
      <w:r w:rsidRPr="0017786C">
        <w:rPr>
          <w:sz w:val="24"/>
          <w:szCs w:val="24"/>
        </w:rPr>
        <w:t>Position: ___________________________________</w:t>
      </w:r>
    </w:p>
    <w:p w14:paraId="7E37BA2A" w14:textId="77777777" w:rsidR="00F87BC9" w:rsidRPr="0017786C" w:rsidRDefault="00000000" w:rsidP="0017786C">
      <w:pPr>
        <w:spacing w:after="120"/>
        <w:jc w:val="both"/>
        <w:rPr>
          <w:sz w:val="24"/>
          <w:szCs w:val="24"/>
        </w:rPr>
      </w:pPr>
      <w:r w:rsidRPr="0017786C">
        <w:rPr>
          <w:sz w:val="24"/>
          <w:szCs w:val="24"/>
        </w:rPr>
        <w:t>Date: ___________________________________</w:t>
      </w:r>
    </w:p>
    <w:p w14:paraId="3AEDC782" w14:textId="77777777" w:rsidR="00F87BC9" w:rsidRPr="0017786C" w:rsidRDefault="00000000" w:rsidP="0017786C">
      <w:pPr>
        <w:spacing w:after="120"/>
        <w:jc w:val="both"/>
        <w:rPr>
          <w:sz w:val="24"/>
          <w:szCs w:val="24"/>
        </w:rPr>
      </w:pPr>
      <w:r w:rsidRPr="0017786C">
        <w:rPr>
          <w:sz w:val="24"/>
          <w:szCs w:val="24"/>
        </w:rPr>
        <w:t>___________________________________</w:t>
      </w:r>
    </w:p>
    <w:p w14:paraId="4F0B8F95" w14:textId="77777777" w:rsidR="00F87BC9" w:rsidRPr="0017786C" w:rsidRDefault="00000000" w:rsidP="0017786C">
      <w:pPr>
        <w:spacing w:after="120"/>
        <w:jc w:val="both"/>
        <w:rPr>
          <w:sz w:val="24"/>
          <w:szCs w:val="24"/>
        </w:rPr>
      </w:pPr>
      <w:r w:rsidRPr="0017786C">
        <w:rPr>
          <w:sz w:val="24"/>
          <w:szCs w:val="24"/>
        </w:rPr>
        <w:t>For and on behalf of (insert agency name):</w:t>
      </w:r>
    </w:p>
    <w:p w14:paraId="09901A4E" w14:textId="77777777" w:rsidR="00F87BC9" w:rsidRPr="0017786C" w:rsidRDefault="00000000" w:rsidP="0017786C">
      <w:pPr>
        <w:spacing w:after="120"/>
        <w:jc w:val="both"/>
        <w:rPr>
          <w:sz w:val="24"/>
          <w:szCs w:val="24"/>
        </w:rPr>
      </w:pPr>
      <w:r w:rsidRPr="0017786C">
        <w:rPr>
          <w:sz w:val="24"/>
          <w:szCs w:val="24"/>
        </w:rPr>
        <w:t>Signed: ___________________________________</w:t>
      </w:r>
    </w:p>
    <w:p w14:paraId="784DC746" w14:textId="77777777" w:rsidR="00F87BC9" w:rsidRPr="0017786C" w:rsidRDefault="00000000" w:rsidP="0017786C">
      <w:pPr>
        <w:spacing w:after="120"/>
        <w:jc w:val="both"/>
        <w:rPr>
          <w:sz w:val="24"/>
          <w:szCs w:val="24"/>
        </w:rPr>
      </w:pPr>
      <w:r w:rsidRPr="0017786C">
        <w:rPr>
          <w:sz w:val="24"/>
          <w:szCs w:val="24"/>
        </w:rPr>
        <w:t>Name: ___________________________________</w:t>
      </w:r>
    </w:p>
    <w:p w14:paraId="5AE2B752" w14:textId="77777777" w:rsidR="00F87BC9" w:rsidRPr="0017786C" w:rsidRDefault="00000000" w:rsidP="0017786C">
      <w:pPr>
        <w:spacing w:after="120"/>
        <w:jc w:val="both"/>
        <w:rPr>
          <w:sz w:val="24"/>
          <w:szCs w:val="24"/>
        </w:rPr>
      </w:pPr>
      <w:r w:rsidRPr="0017786C">
        <w:rPr>
          <w:sz w:val="24"/>
          <w:szCs w:val="24"/>
        </w:rPr>
        <w:t>Position: ___________________________________</w:t>
      </w:r>
    </w:p>
    <w:p w14:paraId="469FBE66" w14:textId="77777777" w:rsidR="00F87BC9" w:rsidRPr="0017786C" w:rsidRDefault="00000000" w:rsidP="0017786C">
      <w:pPr>
        <w:spacing w:after="120"/>
        <w:jc w:val="both"/>
        <w:rPr>
          <w:sz w:val="24"/>
          <w:szCs w:val="24"/>
        </w:rPr>
      </w:pPr>
      <w:r w:rsidRPr="0017786C">
        <w:rPr>
          <w:sz w:val="24"/>
          <w:szCs w:val="24"/>
        </w:rPr>
        <w:t>Date: ___________________________________</w:t>
      </w:r>
    </w:p>
    <w:sectPr w:rsidR="00F87BC9" w:rsidRPr="0017786C" w:rsidSect="00034616">
      <w:footerReference w:type="default" r:id="rId8"/>
      <w:pgSz w:w="12240" w:h="15840"/>
      <w:pgMar w:top="1008" w:right="1296" w:bottom="1008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4BE35" w14:textId="77777777" w:rsidR="00392519" w:rsidRDefault="00392519" w:rsidP="0017786C">
      <w:pPr>
        <w:spacing w:after="0" w:line="240" w:lineRule="auto"/>
      </w:pPr>
      <w:r>
        <w:separator/>
      </w:r>
    </w:p>
  </w:endnote>
  <w:endnote w:type="continuationSeparator" w:id="0">
    <w:p w14:paraId="5CED1DA8" w14:textId="77777777" w:rsidR="00392519" w:rsidRDefault="00392519" w:rsidP="00177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C14A2" w14:textId="1CD7B7F2" w:rsidR="0017786C" w:rsidRPr="0017786C" w:rsidRDefault="0017786C">
    <w:pPr>
      <w:pStyle w:val="Footer"/>
      <w:rPr>
        <w:sz w:val="16"/>
        <w:szCs w:val="16"/>
        <w:lang w:val="en-GB"/>
      </w:rPr>
    </w:pPr>
    <w:r w:rsidRPr="0017786C">
      <w:rPr>
        <w:sz w:val="16"/>
        <w:szCs w:val="16"/>
        <w:lang w:val="en-GB"/>
      </w:rPr>
      <w:t xml:space="preserve">AML Staff </w:t>
    </w:r>
    <w:r>
      <w:rPr>
        <w:sz w:val="16"/>
        <w:szCs w:val="16"/>
        <w:lang w:val="en-GB"/>
      </w:rPr>
      <w:t xml:space="preserve">Acknowledgement </w:t>
    </w:r>
    <w:r w:rsidRPr="0017786C">
      <w:rPr>
        <w:sz w:val="16"/>
        <w:szCs w:val="16"/>
        <w:lang w:val="en-GB"/>
      </w:rPr>
      <w:t>– April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73C7E" w14:textId="77777777" w:rsidR="00392519" w:rsidRDefault="00392519" w:rsidP="0017786C">
      <w:pPr>
        <w:spacing w:after="0" w:line="240" w:lineRule="auto"/>
      </w:pPr>
      <w:r>
        <w:separator/>
      </w:r>
    </w:p>
  </w:footnote>
  <w:footnote w:type="continuationSeparator" w:id="0">
    <w:p w14:paraId="37CF5FC2" w14:textId="77777777" w:rsidR="00392519" w:rsidRDefault="00392519" w:rsidP="001778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44429518">
    <w:abstractNumId w:val="8"/>
  </w:num>
  <w:num w:numId="2" w16cid:durableId="1053232818">
    <w:abstractNumId w:val="6"/>
  </w:num>
  <w:num w:numId="3" w16cid:durableId="1635938586">
    <w:abstractNumId w:val="5"/>
  </w:num>
  <w:num w:numId="4" w16cid:durableId="2062974589">
    <w:abstractNumId w:val="4"/>
  </w:num>
  <w:num w:numId="5" w16cid:durableId="145361183">
    <w:abstractNumId w:val="7"/>
  </w:num>
  <w:num w:numId="6" w16cid:durableId="2127043939">
    <w:abstractNumId w:val="3"/>
  </w:num>
  <w:num w:numId="7" w16cid:durableId="277757233">
    <w:abstractNumId w:val="2"/>
  </w:num>
  <w:num w:numId="8" w16cid:durableId="717317072">
    <w:abstractNumId w:val="1"/>
  </w:num>
  <w:num w:numId="9" w16cid:durableId="1243954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786C"/>
    <w:rsid w:val="00217B1F"/>
    <w:rsid w:val="0029639D"/>
    <w:rsid w:val="00326F90"/>
    <w:rsid w:val="00392519"/>
    <w:rsid w:val="003B6E7A"/>
    <w:rsid w:val="0065566C"/>
    <w:rsid w:val="009F322B"/>
    <w:rsid w:val="00AA1D8D"/>
    <w:rsid w:val="00B47730"/>
    <w:rsid w:val="00CB0664"/>
    <w:rsid w:val="00F87B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7F2B77"/>
  <w14:defaultImageDpi w14:val="300"/>
  <w15:docId w15:val="{B14C09BA-AC80-4EF3-BAEE-C9DB2A6D9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darrel. kwong</dc:creator>
  <cp:keywords/>
  <dc:description/>
  <cp:lastModifiedBy>Wai Keung</cp:lastModifiedBy>
  <cp:revision>5</cp:revision>
  <dcterms:created xsi:type="dcterms:W3CDTF">2013-12-23T23:15:00Z</dcterms:created>
  <dcterms:modified xsi:type="dcterms:W3CDTF">2026-04-12T13:51:00Z</dcterms:modified>
  <cp:category/>
</cp:coreProperties>
</file>