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7CA7B" w14:textId="77777777" w:rsidR="00331F5B" w:rsidRPr="004F58E0" w:rsidRDefault="00000000">
      <w:pPr>
        <w:jc w:val="center"/>
        <w:rPr>
          <w:sz w:val="32"/>
          <w:szCs w:val="36"/>
        </w:rPr>
      </w:pPr>
      <w:r w:rsidRPr="004F58E0">
        <w:rPr>
          <w:b/>
          <w:sz w:val="40"/>
          <w:szCs w:val="36"/>
        </w:rPr>
        <w:t>NOTICE OF PRIOR NOTICE IN RESPECT OF GROUND 1 AND GROUND 1A</w:t>
      </w:r>
    </w:p>
    <w:p w14:paraId="430FB995" w14:textId="77777777" w:rsidR="00331F5B" w:rsidRPr="001C443D" w:rsidRDefault="00000000">
      <w:pPr>
        <w:jc w:val="center"/>
        <w:rPr>
          <w:b/>
          <w:bCs/>
          <w:iCs/>
          <w:sz w:val="24"/>
          <w:szCs w:val="28"/>
        </w:rPr>
      </w:pPr>
      <w:r w:rsidRPr="001C443D">
        <w:rPr>
          <w:b/>
          <w:bCs/>
          <w:iCs/>
          <w:sz w:val="24"/>
          <w:szCs w:val="28"/>
        </w:rPr>
        <w:t>Housing Act 1988, Schedule 2 (as amended)</w:t>
      </w:r>
    </w:p>
    <w:p w14:paraId="4D4F6E5B" w14:textId="77777777" w:rsidR="00331F5B" w:rsidRDefault="00331F5B"/>
    <w:p w14:paraId="7B49821B" w14:textId="77777777" w:rsidR="00331F5B" w:rsidRPr="001C443D" w:rsidRDefault="00000000" w:rsidP="001C443D">
      <w:pPr>
        <w:spacing w:after="40" w:line="240" w:lineRule="auto"/>
        <w:jc w:val="both"/>
        <w:rPr>
          <w:sz w:val="24"/>
          <w:szCs w:val="28"/>
        </w:rPr>
      </w:pPr>
      <w:r w:rsidRPr="001C443D">
        <w:rPr>
          <w:b/>
          <w:sz w:val="24"/>
          <w:szCs w:val="28"/>
        </w:rPr>
        <w:t xml:space="preserve">To: </w:t>
      </w:r>
      <w:r w:rsidRPr="001C443D">
        <w:rPr>
          <w:sz w:val="24"/>
          <w:szCs w:val="28"/>
          <w:highlight w:val="yellow"/>
        </w:rPr>
        <w:t>{Insert names of all Tenants}</w:t>
      </w:r>
    </w:p>
    <w:p w14:paraId="4E1138F9" w14:textId="77777777" w:rsidR="00331F5B" w:rsidRPr="001C443D" w:rsidRDefault="00000000" w:rsidP="001C443D">
      <w:pPr>
        <w:spacing w:after="40" w:line="240" w:lineRule="auto"/>
        <w:jc w:val="both"/>
        <w:rPr>
          <w:sz w:val="24"/>
          <w:szCs w:val="28"/>
        </w:rPr>
      </w:pPr>
      <w:r w:rsidRPr="001C443D">
        <w:rPr>
          <w:b/>
          <w:sz w:val="24"/>
          <w:szCs w:val="28"/>
        </w:rPr>
        <w:t xml:space="preserve">Property: </w:t>
      </w:r>
      <w:r w:rsidRPr="001C443D">
        <w:rPr>
          <w:sz w:val="24"/>
          <w:szCs w:val="28"/>
          <w:highlight w:val="yellow"/>
        </w:rPr>
        <w:t>{Insert full property address}</w:t>
      </w:r>
    </w:p>
    <w:p w14:paraId="3978A320" w14:textId="265A3F9A" w:rsidR="00331F5B" w:rsidRDefault="00000000" w:rsidP="001C443D">
      <w:pPr>
        <w:spacing w:after="40" w:line="240" w:lineRule="auto"/>
        <w:jc w:val="both"/>
        <w:rPr>
          <w:sz w:val="24"/>
          <w:szCs w:val="28"/>
        </w:rPr>
      </w:pPr>
      <w:r w:rsidRPr="001C443D">
        <w:rPr>
          <w:b/>
          <w:sz w:val="24"/>
          <w:szCs w:val="28"/>
        </w:rPr>
        <w:t xml:space="preserve">Date: </w:t>
      </w:r>
      <w:r w:rsidRPr="001C443D">
        <w:rPr>
          <w:sz w:val="24"/>
          <w:szCs w:val="28"/>
          <w:highlight w:val="yellow"/>
        </w:rPr>
        <w:t>{Insert date}</w:t>
      </w:r>
    </w:p>
    <w:p w14:paraId="09BEEC77" w14:textId="77777777" w:rsidR="001C443D" w:rsidRPr="001C443D" w:rsidRDefault="001C443D" w:rsidP="001C443D">
      <w:pPr>
        <w:spacing w:after="40" w:line="240" w:lineRule="auto"/>
        <w:jc w:val="both"/>
        <w:rPr>
          <w:sz w:val="24"/>
          <w:szCs w:val="28"/>
        </w:rPr>
      </w:pPr>
    </w:p>
    <w:p w14:paraId="5B739A25" w14:textId="4441AB6D" w:rsidR="00331F5B" w:rsidRPr="001C443D" w:rsidRDefault="00000000" w:rsidP="001C443D">
      <w:pPr>
        <w:jc w:val="both"/>
        <w:rPr>
          <w:b/>
          <w:bCs/>
          <w:sz w:val="24"/>
          <w:szCs w:val="28"/>
        </w:rPr>
      </w:pPr>
      <w:r w:rsidRPr="001C443D">
        <w:rPr>
          <w:sz w:val="24"/>
          <w:szCs w:val="28"/>
        </w:rPr>
        <w:t xml:space="preserve">Dear </w:t>
      </w:r>
      <w:r w:rsidRPr="001C443D">
        <w:rPr>
          <w:sz w:val="24"/>
          <w:szCs w:val="28"/>
          <w:highlight w:val="yellow"/>
        </w:rPr>
        <w:t>{Insert tenant names</w:t>
      </w:r>
      <w:r w:rsidRPr="001C443D">
        <w:rPr>
          <w:b/>
          <w:bCs/>
          <w:sz w:val="24"/>
          <w:szCs w:val="28"/>
        </w:rPr>
        <w:t>},</w:t>
      </w:r>
    </w:p>
    <w:p w14:paraId="7CED576D" w14:textId="77777777" w:rsidR="00331F5B" w:rsidRPr="001C443D" w:rsidRDefault="00000000" w:rsidP="001C443D">
      <w:pPr>
        <w:spacing w:after="120" w:line="240" w:lineRule="auto"/>
        <w:jc w:val="both"/>
        <w:rPr>
          <w:sz w:val="24"/>
          <w:szCs w:val="28"/>
        </w:rPr>
      </w:pPr>
      <w:r w:rsidRPr="001C443D">
        <w:rPr>
          <w:sz w:val="24"/>
          <w:szCs w:val="28"/>
        </w:rPr>
        <w:t>The Landlord hereby gives notice, not later than the beginning of the tenancy, that possession of the above property may in future be sought under one or both of the following grounds in Schedule 2 to the Housing Act 1988, as amended.</w:t>
      </w:r>
    </w:p>
    <w:p w14:paraId="5FDF7D41" w14:textId="77777777" w:rsidR="001C443D" w:rsidRDefault="00000000" w:rsidP="001C443D">
      <w:pPr>
        <w:ind w:left="283" w:hanging="283"/>
        <w:jc w:val="both"/>
        <w:rPr>
          <w:sz w:val="24"/>
          <w:szCs w:val="28"/>
        </w:rPr>
      </w:pPr>
      <w:r w:rsidRPr="001C443D">
        <w:rPr>
          <w:b/>
          <w:sz w:val="24"/>
          <w:szCs w:val="28"/>
        </w:rPr>
        <w:t>Ground 1 – Occupation by landlord or family member</w:t>
      </w:r>
    </w:p>
    <w:p w14:paraId="08E31031" w14:textId="2B39B4F2" w:rsidR="00331F5B" w:rsidRPr="001C443D" w:rsidRDefault="00000000" w:rsidP="001C443D">
      <w:pPr>
        <w:jc w:val="both"/>
        <w:rPr>
          <w:sz w:val="24"/>
          <w:szCs w:val="28"/>
        </w:rPr>
      </w:pPr>
      <w:r w:rsidRPr="001C443D">
        <w:rPr>
          <w:sz w:val="24"/>
          <w:szCs w:val="28"/>
        </w:rPr>
        <w:t>Possession may be sought if the Landlord, or a member of the Landlord’s family, requires the property as their only or principal home.</w:t>
      </w:r>
    </w:p>
    <w:p w14:paraId="09F0D06A" w14:textId="77777777" w:rsidR="00331F5B" w:rsidRPr="001C443D" w:rsidRDefault="00000000" w:rsidP="001C443D">
      <w:pPr>
        <w:ind w:left="283" w:hanging="283"/>
        <w:jc w:val="both"/>
        <w:rPr>
          <w:sz w:val="24"/>
          <w:szCs w:val="28"/>
        </w:rPr>
      </w:pPr>
      <w:r w:rsidRPr="001C443D">
        <w:rPr>
          <w:b/>
          <w:sz w:val="24"/>
          <w:szCs w:val="28"/>
        </w:rPr>
        <w:t>Ground 1A – Sale of the property</w:t>
      </w:r>
    </w:p>
    <w:p w14:paraId="76783737" w14:textId="77777777" w:rsidR="00331F5B" w:rsidRPr="001C443D" w:rsidRDefault="00000000" w:rsidP="001C443D">
      <w:pPr>
        <w:spacing w:after="120"/>
        <w:jc w:val="both"/>
        <w:rPr>
          <w:sz w:val="24"/>
          <w:szCs w:val="28"/>
        </w:rPr>
      </w:pPr>
      <w:r w:rsidRPr="001C443D">
        <w:rPr>
          <w:sz w:val="24"/>
          <w:szCs w:val="28"/>
        </w:rPr>
        <w:t>Possession may be sought if the Landlord intends to sell their interest in the property.</w:t>
      </w:r>
    </w:p>
    <w:p w14:paraId="7CEB2878" w14:textId="77777777" w:rsidR="00331F5B" w:rsidRPr="001C443D" w:rsidRDefault="00000000" w:rsidP="001C443D">
      <w:pPr>
        <w:jc w:val="both"/>
        <w:rPr>
          <w:sz w:val="24"/>
          <w:szCs w:val="28"/>
        </w:rPr>
      </w:pPr>
      <w:r w:rsidRPr="001C443D">
        <w:rPr>
          <w:b/>
          <w:sz w:val="24"/>
          <w:szCs w:val="28"/>
          <w:u w:val="single"/>
        </w:rPr>
        <w:t>Important information</w:t>
      </w:r>
    </w:p>
    <w:p w14:paraId="647C8E95" w14:textId="77777777" w:rsidR="00331F5B" w:rsidRPr="001C443D" w:rsidRDefault="00000000" w:rsidP="001C443D">
      <w:pPr>
        <w:spacing w:after="80"/>
        <w:ind w:left="425" w:hanging="283"/>
        <w:jc w:val="both"/>
        <w:rPr>
          <w:sz w:val="24"/>
          <w:szCs w:val="28"/>
        </w:rPr>
      </w:pPr>
      <w:r w:rsidRPr="001C443D">
        <w:rPr>
          <w:sz w:val="24"/>
          <w:szCs w:val="28"/>
        </w:rPr>
        <w:t>1. The Landlord cannot rely on Ground 1 or Ground 1A to recover possession during the first 12 months of the tenancy.</w:t>
      </w:r>
    </w:p>
    <w:p w14:paraId="1976E83C" w14:textId="77777777" w:rsidR="00331F5B" w:rsidRPr="001C443D" w:rsidRDefault="00000000" w:rsidP="001C443D">
      <w:pPr>
        <w:spacing w:after="80"/>
        <w:ind w:left="425" w:hanging="283"/>
        <w:jc w:val="both"/>
        <w:rPr>
          <w:sz w:val="24"/>
          <w:szCs w:val="28"/>
        </w:rPr>
      </w:pPr>
      <w:r w:rsidRPr="001C443D">
        <w:rPr>
          <w:sz w:val="24"/>
          <w:szCs w:val="28"/>
        </w:rPr>
        <w:t>2. If the Landlord later seeks possession under Ground 1 or Ground 1A, the Landlord must give not less than 4 months’ notice in the prescribed form then in force.</w:t>
      </w:r>
    </w:p>
    <w:p w14:paraId="01B8142D" w14:textId="77777777" w:rsidR="00331F5B" w:rsidRPr="001C443D" w:rsidRDefault="00000000" w:rsidP="001C443D">
      <w:pPr>
        <w:spacing w:after="80"/>
        <w:ind w:left="425" w:hanging="283"/>
        <w:jc w:val="both"/>
        <w:rPr>
          <w:sz w:val="24"/>
          <w:szCs w:val="28"/>
        </w:rPr>
      </w:pPr>
      <w:r w:rsidRPr="001C443D">
        <w:rPr>
          <w:sz w:val="24"/>
          <w:szCs w:val="28"/>
        </w:rPr>
        <w:t>3. This notice does not end the tenancy and is given only to notify the Tenant that the Landlord may seek possession on one or both of these grounds in the future, if the statutory conditions are met.</w:t>
      </w:r>
    </w:p>
    <w:p w14:paraId="0DEAB5AD" w14:textId="77777777" w:rsidR="00331F5B" w:rsidRPr="001C443D" w:rsidRDefault="00331F5B" w:rsidP="001C443D">
      <w:pPr>
        <w:jc w:val="both"/>
        <w:rPr>
          <w:sz w:val="24"/>
          <w:szCs w:val="28"/>
        </w:rPr>
      </w:pPr>
    </w:p>
    <w:p w14:paraId="00487197" w14:textId="77777777" w:rsidR="00331F5B" w:rsidRPr="001C443D" w:rsidRDefault="00000000" w:rsidP="001C443D">
      <w:pPr>
        <w:spacing w:after="40"/>
        <w:jc w:val="both"/>
        <w:rPr>
          <w:sz w:val="24"/>
          <w:szCs w:val="28"/>
        </w:rPr>
      </w:pPr>
      <w:r w:rsidRPr="001C443D">
        <w:rPr>
          <w:sz w:val="24"/>
          <w:szCs w:val="28"/>
        </w:rPr>
        <w:t>Signed: __________________________</w:t>
      </w:r>
    </w:p>
    <w:p w14:paraId="763A59C3" w14:textId="77777777" w:rsidR="00331F5B" w:rsidRPr="001C443D" w:rsidRDefault="00000000" w:rsidP="001C443D">
      <w:pPr>
        <w:spacing w:after="40"/>
        <w:jc w:val="both"/>
        <w:rPr>
          <w:sz w:val="24"/>
          <w:szCs w:val="28"/>
        </w:rPr>
      </w:pPr>
      <w:r w:rsidRPr="001C443D">
        <w:rPr>
          <w:b/>
          <w:sz w:val="24"/>
          <w:szCs w:val="28"/>
        </w:rPr>
        <w:t>Landlord / Agent</w:t>
      </w:r>
    </w:p>
    <w:p w14:paraId="3792789D" w14:textId="77777777" w:rsidR="00331F5B" w:rsidRPr="001C443D" w:rsidRDefault="00331F5B" w:rsidP="001C443D">
      <w:pPr>
        <w:spacing w:after="40"/>
        <w:jc w:val="both"/>
        <w:rPr>
          <w:sz w:val="24"/>
          <w:szCs w:val="28"/>
        </w:rPr>
      </w:pPr>
    </w:p>
    <w:p w14:paraId="092A011F" w14:textId="77777777" w:rsidR="00331F5B" w:rsidRPr="001C443D" w:rsidRDefault="00000000" w:rsidP="001C443D">
      <w:pPr>
        <w:spacing w:after="40"/>
        <w:jc w:val="both"/>
        <w:rPr>
          <w:sz w:val="24"/>
          <w:szCs w:val="28"/>
        </w:rPr>
      </w:pPr>
      <w:r w:rsidRPr="001C443D">
        <w:rPr>
          <w:sz w:val="24"/>
          <w:szCs w:val="28"/>
        </w:rPr>
        <w:t>Date: __________________________</w:t>
      </w:r>
    </w:p>
    <w:p w14:paraId="2B79ACD3" w14:textId="77777777" w:rsidR="00331F5B" w:rsidRPr="001C443D" w:rsidRDefault="00331F5B" w:rsidP="001C443D">
      <w:pPr>
        <w:jc w:val="both"/>
        <w:rPr>
          <w:sz w:val="24"/>
          <w:szCs w:val="28"/>
        </w:rPr>
      </w:pPr>
    </w:p>
    <w:p w14:paraId="75E7D4B8" w14:textId="77777777" w:rsidR="00331F5B" w:rsidRPr="001C443D" w:rsidRDefault="00000000" w:rsidP="001C443D">
      <w:pPr>
        <w:jc w:val="both"/>
        <w:rPr>
          <w:sz w:val="24"/>
          <w:szCs w:val="28"/>
        </w:rPr>
      </w:pPr>
      <w:r w:rsidRPr="001C443D">
        <w:rPr>
          <w:b/>
          <w:sz w:val="24"/>
          <w:szCs w:val="28"/>
          <w:u w:val="single"/>
        </w:rPr>
        <w:t>Acknowledgment of receipt by Tenant(s)</w:t>
      </w:r>
    </w:p>
    <w:p w14:paraId="59D88E47" w14:textId="77777777" w:rsidR="00331F5B" w:rsidRPr="001C443D" w:rsidRDefault="00000000" w:rsidP="001C443D">
      <w:pPr>
        <w:jc w:val="both"/>
        <w:rPr>
          <w:sz w:val="24"/>
          <w:szCs w:val="28"/>
        </w:rPr>
      </w:pPr>
      <w:r w:rsidRPr="001C443D">
        <w:rPr>
          <w:sz w:val="24"/>
          <w:szCs w:val="28"/>
        </w:rPr>
        <w:lastRenderedPageBreak/>
        <w:t>I/We acknowledge receipt of this notice before entering into the tenancy agreement.</w:t>
      </w:r>
    </w:p>
    <w:p w14:paraId="63D7284F" w14:textId="77777777" w:rsidR="00331F5B" w:rsidRPr="001C443D" w:rsidRDefault="00000000" w:rsidP="001C443D">
      <w:pPr>
        <w:spacing w:after="40"/>
        <w:jc w:val="both"/>
        <w:rPr>
          <w:sz w:val="24"/>
          <w:szCs w:val="28"/>
        </w:rPr>
      </w:pPr>
      <w:r w:rsidRPr="001C443D">
        <w:rPr>
          <w:sz w:val="24"/>
          <w:szCs w:val="28"/>
        </w:rPr>
        <w:t>Signed: __________________________</w:t>
      </w:r>
    </w:p>
    <w:p w14:paraId="50325BD4" w14:textId="77777777" w:rsidR="00331F5B" w:rsidRPr="001C443D" w:rsidRDefault="00000000" w:rsidP="001C443D">
      <w:pPr>
        <w:spacing w:after="40"/>
        <w:jc w:val="both"/>
        <w:rPr>
          <w:sz w:val="24"/>
          <w:szCs w:val="28"/>
        </w:rPr>
      </w:pPr>
      <w:r w:rsidRPr="001C443D">
        <w:rPr>
          <w:sz w:val="24"/>
          <w:szCs w:val="28"/>
        </w:rPr>
        <w:t>Name: __________________________</w:t>
      </w:r>
    </w:p>
    <w:p w14:paraId="36F9BAE5" w14:textId="77777777" w:rsidR="00331F5B" w:rsidRPr="001C443D" w:rsidRDefault="00000000" w:rsidP="001C443D">
      <w:pPr>
        <w:spacing w:after="40"/>
        <w:jc w:val="both"/>
        <w:rPr>
          <w:sz w:val="24"/>
          <w:szCs w:val="28"/>
        </w:rPr>
      </w:pPr>
      <w:r w:rsidRPr="001C443D">
        <w:rPr>
          <w:sz w:val="24"/>
          <w:szCs w:val="28"/>
        </w:rPr>
        <w:t>Date: __________________________</w:t>
      </w:r>
    </w:p>
    <w:p w14:paraId="2583A5BB" w14:textId="77777777" w:rsidR="00331F5B" w:rsidRPr="001C443D" w:rsidRDefault="00331F5B" w:rsidP="001C443D">
      <w:pPr>
        <w:spacing w:after="40"/>
        <w:jc w:val="both"/>
        <w:rPr>
          <w:sz w:val="24"/>
          <w:szCs w:val="28"/>
        </w:rPr>
      </w:pPr>
    </w:p>
    <w:p w14:paraId="4679B5CC" w14:textId="77777777" w:rsidR="00331F5B" w:rsidRPr="001C443D" w:rsidRDefault="00000000" w:rsidP="001C443D">
      <w:pPr>
        <w:spacing w:after="40"/>
        <w:jc w:val="both"/>
        <w:rPr>
          <w:sz w:val="24"/>
          <w:szCs w:val="28"/>
        </w:rPr>
      </w:pPr>
      <w:r w:rsidRPr="001C443D">
        <w:rPr>
          <w:sz w:val="24"/>
          <w:szCs w:val="28"/>
        </w:rPr>
        <w:t>Signed: __________________________</w:t>
      </w:r>
    </w:p>
    <w:p w14:paraId="46403C29" w14:textId="77777777" w:rsidR="00331F5B" w:rsidRPr="001C443D" w:rsidRDefault="00000000" w:rsidP="001C443D">
      <w:pPr>
        <w:spacing w:after="40"/>
        <w:jc w:val="both"/>
        <w:rPr>
          <w:sz w:val="24"/>
          <w:szCs w:val="28"/>
        </w:rPr>
      </w:pPr>
      <w:r w:rsidRPr="001C443D">
        <w:rPr>
          <w:sz w:val="24"/>
          <w:szCs w:val="28"/>
        </w:rPr>
        <w:t>Name: __________________________</w:t>
      </w:r>
    </w:p>
    <w:p w14:paraId="2950BDB3" w14:textId="77777777" w:rsidR="00331F5B" w:rsidRPr="001C443D" w:rsidRDefault="00000000" w:rsidP="001C443D">
      <w:pPr>
        <w:spacing w:after="40"/>
        <w:jc w:val="both"/>
        <w:rPr>
          <w:sz w:val="24"/>
          <w:szCs w:val="28"/>
        </w:rPr>
      </w:pPr>
      <w:r w:rsidRPr="001C443D">
        <w:rPr>
          <w:sz w:val="24"/>
          <w:szCs w:val="28"/>
        </w:rPr>
        <w:t>Date: __________________________</w:t>
      </w:r>
    </w:p>
    <w:p w14:paraId="198A3679" w14:textId="77777777" w:rsidR="00331F5B" w:rsidRPr="001C443D" w:rsidRDefault="00331F5B" w:rsidP="001C443D">
      <w:pPr>
        <w:spacing w:after="40"/>
        <w:jc w:val="both"/>
        <w:rPr>
          <w:sz w:val="24"/>
          <w:szCs w:val="28"/>
        </w:rPr>
      </w:pPr>
    </w:p>
    <w:sectPr w:rsidR="00331F5B" w:rsidRPr="001C443D" w:rsidSect="00034616">
      <w:footerReference w:type="default" r:id="rId8"/>
      <w:pgSz w:w="12240" w:h="15840"/>
      <w:pgMar w:top="1247" w:right="1247" w:bottom="1247"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38BD9" w14:textId="77777777" w:rsidR="00E969CD" w:rsidRDefault="00E969CD" w:rsidP="00792A08">
      <w:pPr>
        <w:spacing w:after="0" w:line="240" w:lineRule="auto"/>
      </w:pPr>
      <w:r>
        <w:separator/>
      </w:r>
    </w:p>
  </w:endnote>
  <w:endnote w:type="continuationSeparator" w:id="0">
    <w:p w14:paraId="64C3D9F8" w14:textId="77777777" w:rsidR="00E969CD" w:rsidRDefault="00E969CD" w:rsidP="00792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4CCA" w14:textId="086FDA32" w:rsidR="00792A08" w:rsidRPr="00792A08" w:rsidRDefault="00792A08">
    <w:pPr>
      <w:pStyle w:val="Footer"/>
      <w:rPr>
        <w:sz w:val="16"/>
        <w:szCs w:val="18"/>
        <w:lang w:val="en-GB"/>
      </w:rPr>
    </w:pPr>
    <w:r w:rsidRPr="00792A08">
      <w:rPr>
        <w:sz w:val="16"/>
        <w:szCs w:val="18"/>
        <w:lang w:val="en-GB"/>
      </w:rPr>
      <w:t>Ground 1 and Ground 1A – Pre Notice –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EC2C7" w14:textId="77777777" w:rsidR="00E969CD" w:rsidRDefault="00E969CD" w:rsidP="00792A08">
      <w:pPr>
        <w:spacing w:after="0" w:line="240" w:lineRule="auto"/>
      </w:pPr>
      <w:r>
        <w:separator/>
      </w:r>
    </w:p>
  </w:footnote>
  <w:footnote w:type="continuationSeparator" w:id="0">
    <w:p w14:paraId="6DDF3449" w14:textId="77777777" w:rsidR="00E969CD" w:rsidRDefault="00E969CD" w:rsidP="00792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06931682">
    <w:abstractNumId w:val="8"/>
  </w:num>
  <w:num w:numId="2" w16cid:durableId="175928392">
    <w:abstractNumId w:val="6"/>
  </w:num>
  <w:num w:numId="3" w16cid:durableId="1733624815">
    <w:abstractNumId w:val="5"/>
  </w:num>
  <w:num w:numId="4" w16cid:durableId="1617374127">
    <w:abstractNumId w:val="4"/>
  </w:num>
  <w:num w:numId="5" w16cid:durableId="2003242442">
    <w:abstractNumId w:val="7"/>
  </w:num>
  <w:num w:numId="6" w16cid:durableId="1608731046">
    <w:abstractNumId w:val="3"/>
  </w:num>
  <w:num w:numId="7" w16cid:durableId="1787384158">
    <w:abstractNumId w:val="2"/>
  </w:num>
  <w:num w:numId="8" w16cid:durableId="926840512">
    <w:abstractNumId w:val="1"/>
  </w:num>
  <w:num w:numId="9" w16cid:durableId="157654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7477"/>
    <w:rsid w:val="0015074B"/>
    <w:rsid w:val="001C443D"/>
    <w:rsid w:val="0029639D"/>
    <w:rsid w:val="00326F90"/>
    <w:rsid w:val="00331F5B"/>
    <w:rsid w:val="004F58E0"/>
    <w:rsid w:val="006A2FD5"/>
    <w:rsid w:val="006F61A2"/>
    <w:rsid w:val="00792A08"/>
    <w:rsid w:val="00AA1D8D"/>
    <w:rsid w:val="00B47730"/>
    <w:rsid w:val="00CB0664"/>
    <w:rsid w:val="00E969C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503B68"/>
  <w14:defaultImageDpi w14:val="300"/>
  <w15:docId w15:val="{8B52FB44-7CC6-4DC7-B792-5E551D88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rPr>
      <w:rFonts w:ascii="Arial" w:eastAsia="Arial" w:hAnsi="Arial"/>
      <w:sz w:val="20"/>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4</cp:revision>
  <dcterms:created xsi:type="dcterms:W3CDTF">2013-12-23T23:15:00Z</dcterms:created>
  <dcterms:modified xsi:type="dcterms:W3CDTF">2026-04-12T14:07:00Z</dcterms:modified>
  <cp:category/>
</cp:coreProperties>
</file>