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F720F" w14:textId="77777777" w:rsidR="006B674D" w:rsidRPr="00B5051C" w:rsidRDefault="00000000">
      <w:pPr>
        <w:spacing w:after="120" w:line="240" w:lineRule="auto"/>
        <w:jc w:val="center"/>
        <w:rPr>
          <w:sz w:val="36"/>
          <w:szCs w:val="32"/>
        </w:rPr>
      </w:pPr>
      <w:r w:rsidRPr="00B5051C">
        <w:rPr>
          <w:b/>
          <w:sz w:val="40"/>
          <w:szCs w:val="32"/>
        </w:rPr>
        <w:t>CONTRACTOR APPLICATION FORM</w:t>
      </w:r>
    </w:p>
    <w:p w14:paraId="1BA78A09" w14:textId="77777777" w:rsidR="006B674D" w:rsidRPr="00EF3771" w:rsidRDefault="00000000">
      <w:pPr>
        <w:spacing w:after="120" w:line="240" w:lineRule="auto"/>
        <w:jc w:val="center"/>
        <w:rPr>
          <w:iCs/>
          <w:sz w:val="32"/>
          <w:szCs w:val="28"/>
        </w:rPr>
      </w:pPr>
      <w:r w:rsidRPr="00EF3771">
        <w:rPr>
          <w:iCs/>
          <w:szCs w:val="28"/>
        </w:rPr>
        <w:t>For approved contractor / supplier onboarding</w:t>
      </w:r>
    </w:p>
    <w:p w14:paraId="056733EB" w14:textId="77777777" w:rsidR="006B674D" w:rsidRPr="00EF3771" w:rsidRDefault="00000000" w:rsidP="00EF3771">
      <w:pPr>
        <w:spacing w:after="120" w:line="240" w:lineRule="auto"/>
        <w:jc w:val="both"/>
        <w:rPr>
          <w:sz w:val="32"/>
          <w:szCs w:val="28"/>
        </w:rPr>
      </w:pPr>
      <w:r w:rsidRPr="00EF3771">
        <w:rPr>
          <w:szCs w:val="28"/>
        </w:rPr>
        <w:t>Please complete this form in full and return it together with copies of all current insurance schedules, certification and identification requested. Completion of this form does not of itself guarantee instruction.</w:t>
      </w:r>
    </w:p>
    <w:p w14:paraId="633F7E22" w14:textId="77777777" w:rsidR="006B674D" w:rsidRPr="00EF3771" w:rsidRDefault="00000000">
      <w:pPr>
        <w:spacing w:after="120" w:line="240" w:lineRule="auto"/>
        <w:rPr>
          <w:sz w:val="28"/>
          <w:szCs w:val="24"/>
        </w:rPr>
      </w:pPr>
      <w:r w:rsidRPr="00EF3771">
        <w:rPr>
          <w:b/>
          <w:szCs w:val="24"/>
        </w:rPr>
        <w:t>1. BUSINESS DETAILS</w:t>
      </w:r>
    </w:p>
    <w:tbl>
      <w:tblPr>
        <w:tblStyle w:val="TableGrid"/>
        <w:tblW w:w="0" w:type="auto"/>
        <w:jc w:val="center"/>
        <w:tblLayout w:type="fixed"/>
        <w:tblLook w:val="04A0" w:firstRow="1" w:lastRow="0" w:firstColumn="1" w:lastColumn="0" w:noHBand="0" w:noVBand="1"/>
      </w:tblPr>
      <w:tblGrid>
        <w:gridCol w:w="3061"/>
        <w:gridCol w:w="6123"/>
      </w:tblGrid>
      <w:tr w:rsidR="006B674D" w14:paraId="761A5E17" w14:textId="77777777">
        <w:trPr>
          <w:jc w:val="center"/>
        </w:trPr>
        <w:tc>
          <w:tcPr>
            <w:tcW w:w="3061" w:type="dxa"/>
            <w:shd w:val="clear" w:color="auto" w:fill="EDEDED"/>
          </w:tcPr>
          <w:p w14:paraId="15D6CE4C" w14:textId="77777777" w:rsidR="006B674D" w:rsidRDefault="00000000">
            <w:pPr>
              <w:spacing w:after="60"/>
            </w:pPr>
            <w:r>
              <w:rPr>
                <w:b/>
              </w:rPr>
              <w:t>Trading Name</w:t>
            </w:r>
          </w:p>
        </w:tc>
        <w:tc>
          <w:tcPr>
            <w:tcW w:w="6123" w:type="dxa"/>
          </w:tcPr>
          <w:p w14:paraId="6CB4FB52" w14:textId="77777777" w:rsidR="006B674D" w:rsidRDefault="006B674D">
            <w:pPr>
              <w:spacing w:after="60"/>
            </w:pPr>
          </w:p>
        </w:tc>
      </w:tr>
      <w:tr w:rsidR="006B674D" w14:paraId="54906FB6" w14:textId="77777777">
        <w:trPr>
          <w:jc w:val="center"/>
        </w:trPr>
        <w:tc>
          <w:tcPr>
            <w:tcW w:w="3061" w:type="dxa"/>
            <w:shd w:val="clear" w:color="auto" w:fill="EDEDED"/>
          </w:tcPr>
          <w:p w14:paraId="6C98885F" w14:textId="77777777" w:rsidR="006B674D" w:rsidRDefault="00000000">
            <w:pPr>
              <w:spacing w:after="60"/>
            </w:pPr>
            <w:r>
              <w:rPr>
                <w:b/>
              </w:rPr>
              <w:t>Company Name (if different)</w:t>
            </w:r>
          </w:p>
        </w:tc>
        <w:tc>
          <w:tcPr>
            <w:tcW w:w="6123" w:type="dxa"/>
          </w:tcPr>
          <w:p w14:paraId="32B493A2" w14:textId="77777777" w:rsidR="006B674D" w:rsidRDefault="006B674D">
            <w:pPr>
              <w:spacing w:after="60"/>
            </w:pPr>
          </w:p>
        </w:tc>
      </w:tr>
      <w:tr w:rsidR="006B674D" w14:paraId="6A80E92B" w14:textId="77777777">
        <w:trPr>
          <w:jc w:val="center"/>
        </w:trPr>
        <w:tc>
          <w:tcPr>
            <w:tcW w:w="3061" w:type="dxa"/>
            <w:shd w:val="clear" w:color="auto" w:fill="EDEDED"/>
          </w:tcPr>
          <w:p w14:paraId="441A8C5B" w14:textId="77777777" w:rsidR="006B674D" w:rsidRDefault="00000000">
            <w:pPr>
              <w:spacing w:after="60"/>
            </w:pPr>
            <w:r>
              <w:rPr>
                <w:b/>
              </w:rPr>
              <w:t>Company Registration Number</w:t>
            </w:r>
          </w:p>
        </w:tc>
        <w:tc>
          <w:tcPr>
            <w:tcW w:w="6123" w:type="dxa"/>
          </w:tcPr>
          <w:p w14:paraId="498766D6" w14:textId="77777777" w:rsidR="006B674D" w:rsidRDefault="006B674D">
            <w:pPr>
              <w:spacing w:after="60"/>
            </w:pPr>
          </w:p>
        </w:tc>
      </w:tr>
      <w:tr w:rsidR="006B674D" w14:paraId="0D34E742" w14:textId="77777777">
        <w:trPr>
          <w:jc w:val="center"/>
        </w:trPr>
        <w:tc>
          <w:tcPr>
            <w:tcW w:w="3061" w:type="dxa"/>
            <w:shd w:val="clear" w:color="auto" w:fill="EDEDED"/>
          </w:tcPr>
          <w:p w14:paraId="6E7E171F" w14:textId="77777777" w:rsidR="006B674D" w:rsidRDefault="00000000">
            <w:pPr>
              <w:spacing w:after="60"/>
            </w:pPr>
            <w:r>
              <w:rPr>
                <w:b/>
              </w:rPr>
              <w:t>VAT Registration Number</w:t>
            </w:r>
          </w:p>
        </w:tc>
        <w:tc>
          <w:tcPr>
            <w:tcW w:w="6123" w:type="dxa"/>
          </w:tcPr>
          <w:p w14:paraId="7649EDCE" w14:textId="77777777" w:rsidR="006B674D" w:rsidRDefault="006B674D">
            <w:pPr>
              <w:spacing w:after="60"/>
            </w:pPr>
          </w:p>
        </w:tc>
      </w:tr>
      <w:tr w:rsidR="006B674D" w14:paraId="6DBC2044" w14:textId="77777777">
        <w:trPr>
          <w:jc w:val="center"/>
        </w:trPr>
        <w:tc>
          <w:tcPr>
            <w:tcW w:w="3061" w:type="dxa"/>
            <w:shd w:val="clear" w:color="auto" w:fill="EDEDED"/>
          </w:tcPr>
          <w:p w14:paraId="41988659" w14:textId="77777777" w:rsidR="006B674D" w:rsidRDefault="00000000">
            <w:pPr>
              <w:spacing w:after="60"/>
            </w:pPr>
            <w:r>
              <w:rPr>
                <w:b/>
              </w:rPr>
              <w:t>Registered Office Address</w:t>
            </w:r>
          </w:p>
        </w:tc>
        <w:tc>
          <w:tcPr>
            <w:tcW w:w="6123" w:type="dxa"/>
          </w:tcPr>
          <w:p w14:paraId="1366E717" w14:textId="77777777" w:rsidR="006B674D" w:rsidRDefault="00000000">
            <w:pPr>
              <w:spacing w:after="60"/>
            </w:pPr>
            <w:r>
              <w:br/>
            </w:r>
          </w:p>
        </w:tc>
      </w:tr>
      <w:tr w:rsidR="006B674D" w14:paraId="6AF78187" w14:textId="77777777">
        <w:trPr>
          <w:jc w:val="center"/>
        </w:trPr>
        <w:tc>
          <w:tcPr>
            <w:tcW w:w="3061" w:type="dxa"/>
            <w:shd w:val="clear" w:color="auto" w:fill="EDEDED"/>
          </w:tcPr>
          <w:p w14:paraId="652EB268" w14:textId="77777777" w:rsidR="006B674D" w:rsidRDefault="00000000">
            <w:pPr>
              <w:spacing w:after="60"/>
            </w:pPr>
            <w:r>
              <w:rPr>
                <w:b/>
              </w:rPr>
              <w:t>Trading Address</w:t>
            </w:r>
          </w:p>
        </w:tc>
        <w:tc>
          <w:tcPr>
            <w:tcW w:w="6123" w:type="dxa"/>
          </w:tcPr>
          <w:p w14:paraId="4B7F3A97" w14:textId="77777777" w:rsidR="006B674D" w:rsidRDefault="00000000">
            <w:pPr>
              <w:spacing w:after="60"/>
            </w:pPr>
            <w:r>
              <w:br/>
            </w:r>
          </w:p>
        </w:tc>
      </w:tr>
      <w:tr w:rsidR="006B674D" w14:paraId="363C3CBC" w14:textId="77777777">
        <w:trPr>
          <w:jc w:val="center"/>
        </w:trPr>
        <w:tc>
          <w:tcPr>
            <w:tcW w:w="3061" w:type="dxa"/>
            <w:shd w:val="clear" w:color="auto" w:fill="EDEDED"/>
          </w:tcPr>
          <w:p w14:paraId="34310D9B" w14:textId="77777777" w:rsidR="006B674D" w:rsidRDefault="00000000">
            <w:pPr>
              <w:spacing w:after="60"/>
            </w:pPr>
            <w:r>
              <w:rPr>
                <w:b/>
              </w:rPr>
              <w:t>Main Contact Name</w:t>
            </w:r>
          </w:p>
        </w:tc>
        <w:tc>
          <w:tcPr>
            <w:tcW w:w="6123" w:type="dxa"/>
          </w:tcPr>
          <w:p w14:paraId="58E3CCFF" w14:textId="77777777" w:rsidR="006B674D" w:rsidRDefault="006B674D">
            <w:pPr>
              <w:spacing w:after="60"/>
            </w:pPr>
          </w:p>
        </w:tc>
      </w:tr>
      <w:tr w:rsidR="006B674D" w14:paraId="145765FC" w14:textId="77777777">
        <w:trPr>
          <w:jc w:val="center"/>
        </w:trPr>
        <w:tc>
          <w:tcPr>
            <w:tcW w:w="3061" w:type="dxa"/>
            <w:shd w:val="clear" w:color="auto" w:fill="EDEDED"/>
          </w:tcPr>
          <w:p w14:paraId="3FF2D9EE" w14:textId="77777777" w:rsidR="006B674D" w:rsidRDefault="00000000">
            <w:pPr>
              <w:spacing w:after="60"/>
            </w:pPr>
            <w:r>
              <w:rPr>
                <w:b/>
              </w:rPr>
              <w:t>Position</w:t>
            </w:r>
          </w:p>
        </w:tc>
        <w:tc>
          <w:tcPr>
            <w:tcW w:w="6123" w:type="dxa"/>
          </w:tcPr>
          <w:p w14:paraId="629F4CEF" w14:textId="77777777" w:rsidR="006B674D" w:rsidRDefault="006B674D">
            <w:pPr>
              <w:spacing w:after="60"/>
            </w:pPr>
          </w:p>
        </w:tc>
      </w:tr>
      <w:tr w:rsidR="006B674D" w14:paraId="03CF61C1" w14:textId="77777777">
        <w:trPr>
          <w:jc w:val="center"/>
        </w:trPr>
        <w:tc>
          <w:tcPr>
            <w:tcW w:w="3061" w:type="dxa"/>
            <w:shd w:val="clear" w:color="auto" w:fill="EDEDED"/>
          </w:tcPr>
          <w:p w14:paraId="77F0435E" w14:textId="77777777" w:rsidR="006B674D" w:rsidRDefault="00000000">
            <w:pPr>
              <w:spacing w:after="60"/>
            </w:pPr>
            <w:r>
              <w:rPr>
                <w:b/>
              </w:rPr>
              <w:t>Telephone</w:t>
            </w:r>
          </w:p>
        </w:tc>
        <w:tc>
          <w:tcPr>
            <w:tcW w:w="6123" w:type="dxa"/>
          </w:tcPr>
          <w:p w14:paraId="575570A6" w14:textId="77777777" w:rsidR="006B674D" w:rsidRDefault="006B674D">
            <w:pPr>
              <w:spacing w:after="60"/>
            </w:pPr>
          </w:p>
        </w:tc>
      </w:tr>
      <w:tr w:rsidR="006B674D" w14:paraId="3B431F9D" w14:textId="77777777">
        <w:trPr>
          <w:jc w:val="center"/>
        </w:trPr>
        <w:tc>
          <w:tcPr>
            <w:tcW w:w="3061" w:type="dxa"/>
            <w:shd w:val="clear" w:color="auto" w:fill="EDEDED"/>
          </w:tcPr>
          <w:p w14:paraId="45E5ED99" w14:textId="77777777" w:rsidR="006B674D" w:rsidRDefault="00000000">
            <w:pPr>
              <w:spacing w:after="60"/>
            </w:pPr>
            <w:r>
              <w:rPr>
                <w:b/>
              </w:rPr>
              <w:t>Mobile</w:t>
            </w:r>
          </w:p>
        </w:tc>
        <w:tc>
          <w:tcPr>
            <w:tcW w:w="6123" w:type="dxa"/>
          </w:tcPr>
          <w:p w14:paraId="20D8E12C" w14:textId="77777777" w:rsidR="006B674D" w:rsidRDefault="006B674D">
            <w:pPr>
              <w:spacing w:after="60"/>
            </w:pPr>
          </w:p>
        </w:tc>
      </w:tr>
      <w:tr w:rsidR="006B674D" w14:paraId="5977648F" w14:textId="77777777">
        <w:trPr>
          <w:jc w:val="center"/>
        </w:trPr>
        <w:tc>
          <w:tcPr>
            <w:tcW w:w="3061" w:type="dxa"/>
            <w:shd w:val="clear" w:color="auto" w:fill="EDEDED"/>
          </w:tcPr>
          <w:p w14:paraId="1920A094" w14:textId="77777777" w:rsidR="006B674D" w:rsidRDefault="00000000">
            <w:pPr>
              <w:spacing w:after="60"/>
            </w:pPr>
            <w:r>
              <w:rPr>
                <w:b/>
              </w:rPr>
              <w:t>Email Address</w:t>
            </w:r>
          </w:p>
        </w:tc>
        <w:tc>
          <w:tcPr>
            <w:tcW w:w="6123" w:type="dxa"/>
          </w:tcPr>
          <w:p w14:paraId="13BD1FBD" w14:textId="77777777" w:rsidR="006B674D" w:rsidRDefault="006B674D">
            <w:pPr>
              <w:spacing w:after="60"/>
            </w:pPr>
          </w:p>
        </w:tc>
      </w:tr>
      <w:tr w:rsidR="006B674D" w14:paraId="6998AB7E" w14:textId="77777777">
        <w:trPr>
          <w:jc w:val="center"/>
        </w:trPr>
        <w:tc>
          <w:tcPr>
            <w:tcW w:w="3061" w:type="dxa"/>
            <w:shd w:val="clear" w:color="auto" w:fill="EDEDED"/>
          </w:tcPr>
          <w:p w14:paraId="5459A60D" w14:textId="77777777" w:rsidR="006B674D" w:rsidRDefault="00000000">
            <w:pPr>
              <w:spacing w:after="60"/>
            </w:pPr>
            <w:r>
              <w:rPr>
                <w:b/>
              </w:rPr>
              <w:t>Website</w:t>
            </w:r>
          </w:p>
        </w:tc>
        <w:tc>
          <w:tcPr>
            <w:tcW w:w="6123" w:type="dxa"/>
          </w:tcPr>
          <w:p w14:paraId="0E443457" w14:textId="77777777" w:rsidR="006B674D" w:rsidRDefault="006B674D">
            <w:pPr>
              <w:spacing w:after="60"/>
            </w:pPr>
          </w:p>
        </w:tc>
      </w:tr>
    </w:tbl>
    <w:p w14:paraId="20F80254" w14:textId="77777777" w:rsidR="006B674D" w:rsidRDefault="006B674D">
      <w:pPr>
        <w:spacing w:after="120" w:line="240" w:lineRule="auto"/>
      </w:pPr>
    </w:p>
    <w:p w14:paraId="657E062A" w14:textId="77777777" w:rsidR="006B674D" w:rsidRPr="00EF3771" w:rsidRDefault="00000000">
      <w:pPr>
        <w:spacing w:after="120" w:line="240" w:lineRule="auto"/>
        <w:rPr>
          <w:sz w:val="28"/>
          <w:szCs w:val="24"/>
        </w:rPr>
      </w:pPr>
      <w:r w:rsidRPr="00EF3771">
        <w:rPr>
          <w:b/>
          <w:szCs w:val="24"/>
        </w:rPr>
        <w:t>2. TRADE CATEGORIES / SERVICES PROVIDED</w:t>
      </w:r>
    </w:p>
    <w:tbl>
      <w:tblPr>
        <w:tblStyle w:val="TableGrid"/>
        <w:tblW w:w="0" w:type="auto"/>
        <w:jc w:val="center"/>
        <w:tblLayout w:type="fixed"/>
        <w:tblLook w:val="04A0" w:firstRow="1" w:lastRow="0" w:firstColumn="1" w:lastColumn="0" w:noHBand="0" w:noVBand="1"/>
      </w:tblPr>
      <w:tblGrid>
        <w:gridCol w:w="3061"/>
        <w:gridCol w:w="6123"/>
      </w:tblGrid>
      <w:tr w:rsidR="006B674D" w14:paraId="56C0D571" w14:textId="77777777">
        <w:trPr>
          <w:jc w:val="center"/>
        </w:trPr>
        <w:tc>
          <w:tcPr>
            <w:tcW w:w="3061" w:type="dxa"/>
            <w:shd w:val="clear" w:color="auto" w:fill="EDEDED"/>
            <w:tcMar>
              <w:top w:w="90" w:type="dxa"/>
              <w:left w:w="100" w:type="dxa"/>
              <w:bottom w:w="90" w:type="dxa"/>
              <w:right w:w="100" w:type="dxa"/>
            </w:tcMar>
            <w:vAlign w:val="center"/>
          </w:tcPr>
          <w:p w14:paraId="2EBF5532" w14:textId="77777777" w:rsidR="006B674D" w:rsidRDefault="00000000">
            <w:pPr>
              <w:spacing w:after="60"/>
            </w:pPr>
            <w:r>
              <w:rPr>
                <w:b/>
              </w:rPr>
              <w:t>Primary Trade(s)</w:t>
            </w:r>
          </w:p>
        </w:tc>
        <w:tc>
          <w:tcPr>
            <w:tcW w:w="6123" w:type="dxa"/>
            <w:shd w:val="clear" w:color="auto" w:fill="FFFFFF"/>
            <w:tcMar>
              <w:top w:w="90" w:type="dxa"/>
              <w:left w:w="100" w:type="dxa"/>
              <w:bottom w:w="90" w:type="dxa"/>
              <w:right w:w="100" w:type="dxa"/>
            </w:tcMar>
            <w:vAlign w:val="center"/>
          </w:tcPr>
          <w:p w14:paraId="7D343421" w14:textId="77777777" w:rsidR="006B674D" w:rsidRDefault="00000000">
            <w:pPr>
              <w:spacing w:after="60"/>
            </w:pPr>
            <w:r>
              <w:t>Please state all services undertaken (for example plumbing, heating, electrics, decorating, roofing, carpentry, damp works, drainage, locksmith, cleaning, grounds maintenance etc.)</w:t>
            </w:r>
            <w:r>
              <w:br/>
            </w:r>
            <w:r>
              <w:br/>
            </w:r>
          </w:p>
        </w:tc>
      </w:tr>
    </w:tbl>
    <w:p w14:paraId="3EC928D7" w14:textId="77777777" w:rsidR="006B674D" w:rsidRDefault="006B674D">
      <w:pPr>
        <w:spacing w:after="120" w:line="240" w:lineRule="auto"/>
      </w:pPr>
    </w:p>
    <w:p w14:paraId="4630A34F" w14:textId="77777777" w:rsidR="006B674D" w:rsidRPr="00EF3771" w:rsidRDefault="00000000">
      <w:pPr>
        <w:spacing w:after="120" w:line="240" w:lineRule="auto"/>
        <w:rPr>
          <w:sz w:val="28"/>
          <w:szCs w:val="24"/>
        </w:rPr>
      </w:pPr>
      <w:r w:rsidRPr="00EF3771">
        <w:rPr>
          <w:b/>
          <w:szCs w:val="24"/>
        </w:rPr>
        <w:t>3. CONTACTS AND OPERATIONS</w:t>
      </w:r>
    </w:p>
    <w:tbl>
      <w:tblPr>
        <w:tblStyle w:val="TableGrid"/>
        <w:tblW w:w="0" w:type="auto"/>
        <w:jc w:val="center"/>
        <w:tblLayout w:type="fixed"/>
        <w:tblLook w:val="04A0" w:firstRow="1" w:lastRow="0" w:firstColumn="1" w:lastColumn="0" w:noHBand="0" w:noVBand="1"/>
      </w:tblPr>
      <w:tblGrid>
        <w:gridCol w:w="3061"/>
        <w:gridCol w:w="6123"/>
      </w:tblGrid>
      <w:tr w:rsidR="006B674D" w14:paraId="041E76AD" w14:textId="77777777">
        <w:trPr>
          <w:jc w:val="center"/>
        </w:trPr>
        <w:tc>
          <w:tcPr>
            <w:tcW w:w="3061" w:type="dxa"/>
            <w:shd w:val="clear" w:color="auto" w:fill="EDEDED"/>
          </w:tcPr>
          <w:p w14:paraId="52F5FA6B" w14:textId="77777777" w:rsidR="006B674D" w:rsidRDefault="00000000">
            <w:pPr>
              <w:spacing w:after="60"/>
            </w:pPr>
            <w:r>
              <w:rPr>
                <w:b/>
              </w:rPr>
              <w:t>Accounts Contact</w:t>
            </w:r>
          </w:p>
        </w:tc>
        <w:tc>
          <w:tcPr>
            <w:tcW w:w="6123" w:type="dxa"/>
          </w:tcPr>
          <w:p w14:paraId="4194CA37" w14:textId="77777777" w:rsidR="006B674D" w:rsidRDefault="006B674D">
            <w:pPr>
              <w:spacing w:after="60"/>
            </w:pPr>
          </w:p>
        </w:tc>
      </w:tr>
      <w:tr w:rsidR="006B674D" w14:paraId="6F82842F" w14:textId="77777777">
        <w:trPr>
          <w:jc w:val="center"/>
        </w:trPr>
        <w:tc>
          <w:tcPr>
            <w:tcW w:w="3061" w:type="dxa"/>
            <w:shd w:val="clear" w:color="auto" w:fill="EDEDED"/>
          </w:tcPr>
          <w:p w14:paraId="1FBB8465" w14:textId="77777777" w:rsidR="006B674D" w:rsidRDefault="00000000">
            <w:pPr>
              <w:spacing w:after="60"/>
            </w:pPr>
            <w:r>
              <w:rPr>
                <w:b/>
              </w:rPr>
              <w:t>Accounts Email</w:t>
            </w:r>
          </w:p>
        </w:tc>
        <w:tc>
          <w:tcPr>
            <w:tcW w:w="6123" w:type="dxa"/>
          </w:tcPr>
          <w:p w14:paraId="77D2DD59" w14:textId="77777777" w:rsidR="006B674D" w:rsidRDefault="006B674D">
            <w:pPr>
              <w:spacing w:after="60"/>
            </w:pPr>
          </w:p>
        </w:tc>
      </w:tr>
      <w:tr w:rsidR="006B674D" w14:paraId="2309BAFF" w14:textId="77777777">
        <w:trPr>
          <w:jc w:val="center"/>
        </w:trPr>
        <w:tc>
          <w:tcPr>
            <w:tcW w:w="3061" w:type="dxa"/>
            <w:shd w:val="clear" w:color="auto" w:fill="EDEDED"/>
          </w:tcPr>
          <w:p w14:paraId="7D15EBCB" w14:textId="77777777" w:rsidR="006B674D" w:rsidRDefault="00000000">
            <w:pPr>
              <w:spacing w:after="60"/>
            </w:pPr>
            <w:r>
              <w:rPr>
                <w:b/>
              </w:rPr>
              <w:t>Emergency / Out of Hours Contact</w:t>
            </w:r>
          </w:p>
        </w:tc>
        <w:tc>
          <w:tcPr>
            <w:tcW w:w="6123" w:type="dxa"/>
          </w:tcPr>
          <w:p w14:paraId="4D03BA2A" w14:textId="77777777" w:rsidR="006B674D" w:rsidRDefault="006B674D">
            <w:pPr>
              <w:spacing w:after="60"/>
            </w:pPr>
          </w:p>
        </w:tc>
      </w:tr>
      <w:tr w:rsidR="006B674D" w14:paraId="5D84A1A1" w14:textId="77777777">
        <w:trPr>
          <w:jc w:val="center"/>
        </w:trPr>
        <w:tc>
          <w:tcPr>
            <w:tcW w:w="3061" w:type="dxa"/>
            <w:shd w:val="clear" w:color="auto" w:fill="EDEDED"/>
          </w:tcPr>
          <w:p w14:paraId="47578507" w14:textId="77777777" w:rsidR="006B674D" w:rsidRDefault="00000000">
            <w:pPr>
              <w:spacing w:after="60"/>
            </w:pPr>
            <w:r>
              <w:rPr>
                <w:b/>
              </w:rPr>
              <w:lastRenderedPageBreak/>
              <w:t>Emergency Telephone</w:t>
            </w:r>
          </w:p>
        </w:tc>
        <w:tc>
          <w:tcPr>
            <w:tcW w:w="6123" w:type="dxa"/>
          </w:tcPr>
          <w:p w14:paraId="039746D2" w14:textId="77777777" w:rsidR="006B674D" w:rsidRDefault="006B674D">
            <w:pPr>
              <w:spacing w:after="60"/>
            </w:pPr>
          </w:p>
        </w:tc>
      </w:tr>
      <w:tr w:rsidR="006B674D" w14:paraId="08BE41B9" w14:textId="77777777">
        <w:trPr>
          <w:jc w:val="center"/>
        </w:trPr>
        <w:tc>
          <w:tcPr>
            <w:tcW w:w="3061" w:type="dxa"/>
            <w:shd w:val="clear" w:color="auto" w:fill="EDEDED"/>
          </w:tcPr>
          <w:p w14:paraId="4439984C" w14:textId="77777777" w:rsidR="006B674D" w:rsidRDefault="00000000">
            <w:pPr>
              <w:spacing w:after="60"/>
            </w:pPr>
            <w:r>
              <w:rPr>
                <w:b/>
              </w:rPr>
              <w:t>Areas Covered</w:t>
            </w:r>
          </w:p>
        </w:tc>
        <w:tc>
          <w:tcPr>
            <w:tcW w:w="6123" w:type="dxa"/>
          </w:tcPr>
          <w:p w14:paraId="70946A48" w14:textId="77777777" w:rsidR="006B674D" w:rsidRDefault="006B674D">
            <w:pPr>
              <w:spacing w:after="60"/>
            </w:pPr>
          </w:p>
        </w:tc>
      </w:tr>
      <w:tr w:rsidR="006B674D" w14:paraId="07528680" w14:textId="77777777">
        <w:trPr>
          <w:jc w:val="center"/>
        </w:trPr>
        <w:tc>
          <w:tcPr>
            <w:tcW w:w="3061" w:type="dxa"/>
            <w:shd w:val="clear" w:color="auto" w:fill="EDEDED"/>
          </w:tcPr>
          <w:p w14:paraId="05EC0989" w14:textId="77777777" w:rsidR="006B674D" w:rsidRDefault="00000000">
            <w:pPr>
              <w:spacing w:after="60"/>
            </w:pPr>
            <w:r>
              <w:rPr>
                <w:b/>
              </w:rPr>
              <w:t>Usual Working Hours</w:t>
            </w:r>
          </w:p>
        </w:tc>
        <w:tc>
          <w:tcPr>
            <w:tcW w:w="6123" w:type="dxa"/>
          </w:tcPr>
          <w:p w14:paraId="4B369081" w14:textId="77777777" w:rsidR="006B674D" w:rsidRDefault="006B674D">
            <w:pPr>
              <w:spacing w:after="60"/>
            </w:pPr>
          </w:p>
        </w:tc>
      </w:tr>
      <w:tr w:rsidR="006B674D" w14:paraId="2322EA35" w14:textId="77777777">
        <w:trPr>
          <w:jc w:val="center"/>
        </w:trPr>
        <w:tc>
          <w:tcPr>
            <w:tcW w:w="3061" w:type="dxa"/>
            <w:shd w:val="clear" w:color="auto" w:fill="EDEDED"/>
          </w:tcPr>
          <w:p w14:paraId="03FE839E" w14:textId="77777777" w:rsidR="006B674D" w:rsidRDefault="00000000">
            <w:pPr>
              <w:spacing w:after="60"/>
            </w:pPr>
            <w:r>
              <w:rPr>
                <w:b/>
              </w:rPr>
              <w:t>Can you attend emergency call-outs?</w:t>
            </w:r>
          </w:p>
        </w:tc>
        <w:tc>
          <w:tcPr>
            <w:tcW w:w="6123" w:type="dxa"/>
          </w:tcPr>
          <w:p w14:paraId="560BF0D4" w14:textId="77777777" w:rsidR="006B674D" w:rsidRDefault="00000000">
            <w:pPr>
              <w:spacing w:after="60"/>
            </w:pPr>
            <w:r>
              <w:t>Yes / No</w:t>
            </w:r>
          </w:p>
        </w:tc>
      </w:tr>
      <w:tr w:rsidR="006B674D" w14:paraId="2DC5B7E3" w14:textId="77777777">
        <w:trPr>
          <w:jc w:val="center"/>
        </w:trPr>
        <w:tc>
          <w:tcPr>
            <w:tcW w:w="3061" w:type="dxa"/>
            <w:shd w:val="clear" w:color="auto" w:fill="EDEDED"/>
          </w:tcPr>
          <w:p w14:paraId="0D7FAA08" w14:textId="77777777" w:rsidR="006B674D" w:rsidRDefault="00000000">
            <w:pPr>
              <w:spacing w:after="60"/>
            </w:pPr>
            <w:r>
              <w:rPr>
                <w:b/>
              </w:rPr>
              <w:t>Can you provide written quotations by email?</w:t>
            </w:r>
          </w:p>
        </w:tc>
        <w:tc>
          <w:tcPr>
            <w:tcW w:w="6123" w:type="dxa"/>
          </w:tcPr>
          <w:p w14:paraId="75AA9FEA" w14:textId="77777777" w:rsidR="006B674D" w:rsidRDefault="00000000">
            <w:pPr>
              <w:spacing w:after="60"/>
            </w:pPr>
            <w:r>
              <w:t>Yes / No</w:t>
            </w:r>
          </w:p>
        </w:tc>
      </w:tr>
      <w:tr w:rsidR="006B674D" w14:paraId="48EE8DE6" w14:textId="77777777">
        <w:trPr>
          <w:jc w:val="center"/>
        </w:trPr>
        <w:tc>
          <w:tcPr>
            <w:tcW w:w="3061" w:type="dxa"/>
            <w:shd w:val="clear" w:color="auto" w:fill="EDEDED"/>
          </w:tcPr>
          <w:p w14:paraId="152C5E41" w14:textId="77777777" w:rsidR="006B674D" w:rsidRDefault="00000000">
            <w:pPr>
              <w:spacing w:after="60"/>
            </w:pPr>
            <w:r>
              <w:rPr>
                <w:b/>
              </w:rPr>
              <w:t>Can you provide invoices by email?</w:t>
            </w:r>
          </w:p>
        </w:tc>
        <w:tc>
          <w:tcPr>
            <w:tcW w:w="6123" w:type="dxa"/>
          </w:tcPr>
          <w:p w14:paraId="62288E78" w14:textId="77777777" w:rsidR="006B674D" w:rsidRDefault="00000000">
            <w:pPr>
              <w:spacing w:after="60"/>
            </w:pPr>
            <w:r>
              <w:t>Yes / No</w:t>
            </w:r>
          </w:p>
        </w:tc>
      </w:tr>
    </w:tbl>
    <w:p w14:paraId="02C69783" w14:textId="77777777" w:rsidR="006B674D" w:rsidRDefault="006B674D">
      <w:pPr>
        <w:spacing w:after="120" w:line="240" w:lineRule="auto"/>
      </w:pPr>
    </w:p>
    <w:p w14:paraId="17AF1FBC" w14:textId="77777777" w:rsidR="006B674D" w:rsidRPr="0032518F" w:rsidRDefault="00000000">
      <w:pPr>
        <w:spacing w:after="120" w:line="240" w:lineRule="auto"/>
        <w:rPr>
          <w:sz w:val="28"/>
          <w:szCs w:val="24"/>
        </w:rPr>
      </w:pPr>
      <w:r w:rsidRPr="0032518F">
        <w:rPr>
          <w:b/>
          <w:szCs w:val="24"/>
        </w:rPr>
        <w:t>4. INSURANCE AND COMPLIANCE</w:t>
      </w:r>
    </w:p>
    <w:tbl>
      <w:tblPr>
        <w:tblStyle w:val="TableGrid"/>
        <w:tblW w:w="0" w:type="auto"/>
        <w:jc w:val="center"/>
        <w:tblLayout w:type="fixed"/>
        <w:tblLook w:val="04A0" w:firstRow="1" w:lastRow="0" w:firstColumn="1" w:lastColumn="0" w:noHBand="0" w:noVBand="1"/>
      </w:tblPr>
      <w:tblGrid>
        <w:gridCol w:w="3061"/>
        <w:gridCol w:w="6123"/>
      </w:tblGrid>
      <w:tr w:rsidR="006B674D" w14:paraId="489FA007" w14:textId="77777777">
        <w:trPr>
          <w:jc w:val="center"/>
        </w:trPr>
        <w:tc>
          <w:tcPr>
            <w:tcW w:w="3061" w:type="dxa"/>
            <w:shd w:val="clear" w:color="auto" w:fill="EDEDED"/>
          </w:tcPr>
          <w:p w14:paraId="34612A0B" w14:textId="77777777" w:rsidR="006B674D" w:rsidRDefault="00000000">
            <w:pPr>
              <w:spacing w:after="60"/>
            </w:pPr>
            <w:r>
              <w:rPr>
                <w:b/>
              </w:rPr>
              <w:t>Public Liability Insurance</w:t>
            </w:r>
          </w:p>
        </w:tc>
        <w:tc>
          <w:tcPr>
            <w:tcW w:w="6123" w:type="dxa"/>
          </w:tcPr>
          <w:p w14:paraId="0E96C210" w14:textId="77777777" w:rsidR="006B674D" w:rsidRDefault="00000000">
            <w:pPr>
              <w:spacing w:after="60"/>
            </w:pPr>
            <w:r>
              <w:t>Insurer / policy number / expiry date / indemnity limit</w:t>
            </w:r>
          </w:p>
        </w:tc>
      </w:tr>
      <w:tr w:rsidR="006B674D" w14:paraId="7B082E83" w14:textId="77777777">
        <w:trPr>
          <w:jc w:val="center"/>
        </w:trPr>
        <w:tc>
          <w:tcPr>
            <w:tcW w:w="3061" w:type="dxa"/>
            <w:shd w:val="clear" w:color="auto" w:fill="EDEDED"/>
          </w:tcPr>
          <w:p w14:paraId="2ECAF992" w14:textId="77777777" w:rsidR="006B674D" w:rsidRDefault="00000000">
            <w:pPr>
              <w:spacing w:after="60"/>
            </w:pPr>
            <w:r>
              <w:rPr>
                <w:b/>
              </w:rPr>
              <w:t>Employers’ Liability Insurance</w:t>
            </w:r>
          </w:p>
        </w:tc>
        <w:tc>
          <w:tcPr>
            <w:tcW w:w="6123" w:type="dxa"/>
          </w:tcPr>
          <w:p w14:paraId="3BD52564" w14:textId="77777777" w:rsidR="006B674D" w:rsidRDefault="00000000">
            <w:pPr>
              <w:spacing w:after="60"/>
            </w:pPr>
            <w:r>
              <w:t>Insurer / policy number / expiry date / indemnity limit</w:t>
            </w:r>
          </w:p>
        </w:tc>
      </w:tr>
      <w:tr w:rsidR="006B674D" w14:paraId="2451049A" w14:textId="77777777">
        <w:trPr>
          <w:jc w:val="center"/>
        </w:trPr>
        <w:tc>
          <w:tcPr>
            <w:tcW w:w="3061" w:type="dxa"/>
            <w:shd w:val="clear" w:color="auto" w:fill="EDEDED"/>
          </w:tcPr>
          <w:p w14:paraId="03ED58D8" w14:textId="77777777" w:rsidR="006B674D" w:rsidRDefault="00000000">
            <w:pPr>
              <w:spacing w:after="60"/>
            </w:pPr>
            <w:r>
              <w:rPr>
                <w:b/>
              </w:rPr>
              <w:t>Professional Indemnity Insurance (if applicable)</w:t>
            </w:r>
          </w:p>
        </w:tc>
        <w:tc>
          <w:tcPr>
            <w:tcW w:w="6123" w:type="dxa"/>
          </w:tcPr>
          <w:p w14:paraId="437616AF" w14:textId="77777777" w:rsidR="006B674D" w:rsidRDefault="00000000">
            <w:pPr>
              <w:spacing w:after="60"/>
            </w:pPr>
            <w:r>
              <w:t>Insurer / policy number / expiry date / indemnity limit</w:t>
            </w:r>
          </w:p>
        </w:tc>
      </w:tr>
      <w:tr w:rsidR="006B674D" w14:paraId="7FC1CFFE" w14:textId="77777777">
        <w:trPr>
          <w:jc w:val="center"/>
        </w:trPr>
        <w:tc>
          <w:tcPr>
            <w:tcW w:w="3061" w:type="dxa"/>
            <w:shd w:val="clear" w:color="auto" w:fill="EDEDED"/>
          </w:tcPr>
          <w:p w14:paraId="532A574B" w14:textId="77777777" w:rsidR="006B674D" w:rsidRDefault="00000000">
            <w:pPr>
              <w:spacing w:after="60"/>
            </w:pPr>
            <w:r>
              <w:rPr>
                <w:b/>
              </w:rPr>
              <w:t>Are copies attached?</w:t>
            </w:r>
          </w:p>
        </w:tc>
        <w:tc>
          <w:tcPr>
            <w:tcW w:w="6123" w:type="dxa"/>
          </w:tcPr>
          <w:p w14:paraId="1A63BFCD" w14:textId="77777777" w:rsidR="006B674D" w:rsidRDefault="00000000">
            <w:pPr>
              <w:spacing w:after="60"/>
            </w:pPr>
            <w:r>
              <w:t>Yes / No</w:t>
            </w:r>
          </w:p>
        </w:tc>
      </w:tr>
      <w:tr w:rsidR="006B674D" w14:paraId="6319812F" w14:textId="77777777">
        <w:trPr>
          <w:jc w:val="center"/>
        </w:trPr>
        <w:tc>
          <w:tcPr>
            <w:tcW w:w="3061" w:type="dxa"/>
            <w:shd w:val="clear" w:color="auto" w:fill="EDEDED"/>
          </w:tcPr>
          <w:p w14:paraId="49555023" w14:textId="77777777" w:rsidR="006B674D" w:rsidRDefault="00000000">
            <w:pPr>
              <w:spacing w:after="60"/>
            </w:pPr>
            <w:r>
              <w:rPr>
                <w:b/>
              </w:rPr>
              <w:t>Health &amp; Safety Policy in place?</w:t>
            </w:r>
          </w:p>
        </w:tc>
        <w:tc>
          <w:tcPr>
            <w:tcW w:w="6123" w:type="dxa"/>
          </w:tcPr>
          <w:p w14:paraId="68F03B22" w14:textId="77777777" w:rsidR="006B674D" w:rsidRDefault="00000000">
            <w:pPr>
              <w:spacing w:after="60"/>
            </w:pPr>
            <w:r>
              <w:t>Yes / No</w:t>
            </w:r>
          </w:p>
        </w:tc>
      </w:tr>
      <w:tr w:rsidR="006B674D" w14:paraId="01473025" w14:textId="77777777">
        <w:trPr>
          <w:jc w:val="center"/>
        </w:trPr>
        <w:tc>
          <w:tcPr>
            <w:tcW w:w="3061" w:type="dxa"/>
            <w:shd w:val="clear" w:color="auto" w:fill="EDEDED"/>
          </w:tcPr>
          <w:p w14:paraId="647DCF40" w14:textId="77777777" w:rsidR="006B674D" w:rsidRDefault="00000000">
            <w:pPr>
              <w:spacing w:after="60"/>
            </w:pPr>
            <w:r>
              <w:rPr>
                <w:b/>
              </w:rPr>
              <w:t>Risk Assessments / Method Statements available where required?</w:t>
            </w:r>
          </w:p>
        </w:tc>
        <w:tc>
          <w:tcPr>
            <w:tcW w:w="6123" w:type="dxa"/>
          </w:tcPr>
          <w:p w14:paraId="4984A8A9" w14:textId="77777777" w:rsidR="006B674D" w:rsidRDefault="00000000">
            <w:pPr>
              <w:spacing w:after="60"/>
            </w:pPr>
            <w:r>
              <w:t>Yes / No</w:t>
            </w:r>
          </w:p>
        </w:tc>
      </w:tr>
      <w:tr w:rsidR="006B674D" w14:paraId="4E56E37C" w14:textId="77777777">
        <w:trPr>
          <w:jc w:val="center"/>
        </w:trPr>
        <w:tc>
          <w:tcPr>
            <w:tcW w:w="3061" w:type="dxa"/>
            <w:shd w:val="clear" w:color="auto" w:fill="EDEDED"/>
          </w:tcPr>
          <w:p w14:paraId="230E9944" w14:textId="77777777" w:rsidR="006B674D" w:rsidRDefault="00000000">
            <w:pPr>
              <w:spacing w:after="60"/>
            </w:pPr>
            <w:r>
              <w:rPr>
                <w:b/>
              </w:rPr>
              <w:t>DBS certificate held by operatives (if applicable)</w:t>
            </w:r>
          </w:p>
        </w:tc>
        <w:tc>
          <w:tcPr>
            <w:tcW w:w="6123" w:type="dxa"/>
          </w:tcPr>
          <w:p w14:paraId="021A846C" w14:textId="77777777" w:rsidR="006B674D" w:rsidRDefault="00000000">
            <w:pPr>
              <w:spacing w:after="60"/>
            </w:pPr>
            <w:r>
              <w:t>Yes / No</w:t>
            </w:r>
          </w:p>
        </w:tc>
      </w:tr>
    </w:tbl>
    <w:p w14:paraId="7661EFBD" w14:textId="77777777" w:rsidR="006B674D" w:rsidRDefault="006B674D">
      <w:pPr>
        <w:spacing w:after="120" w:line="240" w:lineRule="auto"/>
      </w:pPr>
    </w:p>
    <w:p w14:paraId="26371D19" w14:textId="77777777" w:rsidR="006B674D" w:rsidRPr="0032518F" w:rsidRDefault="00000000">
      <w:pPr>
        <w:spacing w:after="120" w:line="240" w:lineRule="auto"/>
        <w:rPr>
          <w:sz w:val="28"/>
          <w:szCs w:val="24"/>
        </w:rPr>
      </w:pPr>
      <w:r w:rsidRPr="0032518F">
        <w:rPr>
          <w:b/>
          <w:szCs w:val="24"/>
        </w:rPr>
        <w:t>5. QUALIFICATIONS / ACCREDITATIONS / MEMBERSHIPS</w:t>
      </w:r>
    </w:p>
    <w:tbl>
      <w:tblPr>
        <w:tblStyle w:val="TableGrid"/>
        <w:tblW w:w="0" w:type="auto"/>
        <w:jc w:val="center"/>
        <w:tblLayout w:type="fixed"/>
        <w:tblLook w:val="04A0" w:firstRow="1" w:lastRow="0" w:firstColumn="1" w:lastColumn="0" w:noHBand="0" w:noVBand="1"/>
      </w:tblPr>
      <w:tblGrid>
        <w:gridCol w:w="3061"/>
        <w:gridCol w:w="6123"/>
      </w:tblGrid>
      <w:tr w:rsidR="006B674D" w14:paraId="16A8CCFA" w14:textId="77777777">
        <w:trPr>
          <w:jc w:val="center"/>
        </w:trPr>
        <w:tc>
          <w:tcPr>
            <w:tcW w:w="3061" w:type="dxa"/>
            <w:shd w:val="clear" w:color="auto" w:fill="EDEDED"/>
          </w:tcPr>
          <w:p w14:paraId="2B64103D" w14:textId="77777777" w:rsidR="006B674D" w:rsidRDefault="00000000">
            <w:pPr>
              <w:spacing w:after="60"/>
            </w:pPr>
            <w:r>
              <w:rPr>
                <w:b/>
              </w:rPr>
              <w:t>Gas Safe Registration Number</w:t>
            </w:r>
          </w:p>
        </w:tc>
        <w:tc>
          <w:tcPr>
            <w:tcW w:w="6123" w:type="dxa"/>
          </w:tcPr>
          <w:p w14:paraId="38CFCAEE" w14:textId="77777777" w:rsidR="006B674D" w:rsidRDefault="006B674D">
            <w:pPr>
              <w:spacing w:after="60"/>
            </w:pPr>
          </w:p>
        </w:tc>
      </w:tr>
      <w:tr w:rsidR="006B674D" w14:paraId="4E1AFE92" w14:textId="77777777">
        <w:trPr>
          <w:jc w:val="center"/>
        </w:trPr>
        <w:tc>
          <w:tcPr>
            <w:tcW w:w="3061" w:type="dxa"/>
            <w:shd w:val="clear" w:color="auto" w:fill="EDEDED"/>
          </w:tcPr>
          <w:p w14:paraId="64CC555B" w14:textId="77777777" w:rsidR="006B674D" w:rsidRDefault="00000000">
            <w:pPr>
              <w:spacing w:after="60"/>
            </w:pPr>
            <w:r>
              <w:rPr>
                <w:b/>
              </w:rPr>
              <w:t>NICEIC / NAPIT / Electrical Registration Number</w:t>
            </w:r>
          </w:p>
        </w:tc>
        <w:tc>
          <w:tcPr>
            <w:tcW w:w="6123" w:type="dxa"/>
          </w:tcPr>
          <w:p w14:paraId="0DF3694A" w14:textId="77777777" w:rsidR="006B674D" w:rsidRDefault="006B674D">
            <w:pPr>
              <w:spacing w:after="60"/>
            </w:pPr>
          </w:p>
        </w:tc>
      </w:tr>
      <w:tr w:rsidR="006B674D" w14:paraId="1E0B6190" w14:textId="77777777">
        <w:trPr>
          <w:jc w:val="center"/>
        </w:trPr>
        <w:tc>
          <w:tcPr>
            <w:tcW w:w="3061" w:type="dxa"/>
            <w:shd w:val="clear" w:color="auto" w:fill="EDEDED"/>
          </w:tcPr>
          <w:p w14:paraId="7CA4F3D6" w14:textId="77777777" w:rsidR="006B674D" w:rsidRDefault="00000000">
            <w:pPr>
              <w:spacing w:after="60"/>
            </w:pPr>
            <w:r>
              <w:rPr>
                <w:b/>
              </w:rPr>
              <w:t>FENSA / Certass / Other Trade Accreditation</w:t>
            </w:r>
          </w:p>
        </w:tc>
        <w:tc>
          <w:tcPr>
            <w:tcW w:w="6123" w:type="dxa"/>
          </w:tcPr>
          <w:p w14:paraId="5F2B5FE9" w14:textId="77777777" w:rsidR="006B674D" w:rsidRDefault="006B674D">
            <w:pPr>
              <w:spacing w:after="60"/>
            </w:pPr>
          </w:p>
        </w:tc>
      </w:tr>
      <w:tr w:rsidR="006B674D" w14:paraId="732F8795" w14:textId="77777777">
        <w:trPr>
          <w:jc w:val="center"/>
        </w:trPr>
        <w:tc>
          <w:tcPr>
            <w:tcW w:w="3061" w:type="dxa"/>
            <w:shd w:val="clear" w:color="auto" w:fill="EDEDED"/>
          </w:tcPr>
          <w:p w14:paraId="35AA84B7" w14:textId="77777777" w:rsidR="006B674D" w:rsidRDefault="00000000">
            <w:pPr>
              <w:spacing w:after="60"/>
            </w:pPr>
            <w:r>
              <w:rPr>
                <w:b/>
              </w:rPr>
              <w:t>Other Relevant Qualifications / Memberships</w:t>
            </w:r>
          </w:p>
        </w:tc>
        <w:tc>
          <w:tcPr>
            <w:tcW w:w="6123" w:type="dxa"/>
          </w:tcPr>
          <w:p w14:paraId="69B22B2F" w14:textId="77777777" w:rsidR="006B674D" w:rsidRDefault="00000000">
            <w:pPr>
              <w:spacing w:after="60"/>
            </w:pPr>
            <w:r>
              <w:br/>
            </w:r>
          </w:p>
        </w:tc>
      </w:tr>
    </w:tbl>
    <w:p w14:paraId="01715359" w14:textId="77777777" w:rsidR="006B674D" w:rsidRDefault="006B674D">
      <w:pPr>
        <w:spacing w:after="120" w:line="240" w:lineRule="auto"/>
      </w:pPr>
    </w:p>
    <w:p w14:paraId="1FD910DD" w14:textId="77777777" w:rsidR="00EF3771" w:rsidRDefault="00EF3771">
      <w:pPr>
        <w:spacing w:after="120" w:line="240" w:lineRule="auto"/>
        <w:rPr>
          <w:b/>
          <w:sz w:val="22"/>
        </w:rPr>
      </w:pPr>
    </w:p>
    <w:p w14:paraId="73972651" w14:textId="7D6B7E4B" w:rsidR="006B674D" w:rsidRPr="00EF3771" w:rsidRDefault="00000000">
      <w:pPr>
        <w:spacing w:after="120" w:line="240" w:lineRule="auto"/>
        <w:rPr>
          <w:sz w:val="28"/>
          <w:szCs w:val="24"/>
        </w:rPr>
      </w:pPr>
      <w:r w:rsidRPr="00EF3771">
        <w:rPr>
          <w:b/>
          <w:szCs w:val="24"/>
        </w:rPr>
        <w:lastRenderedPageBreak/>
        <w:t>6. REFERENCES</w:t>
      </w:r>
    </w:p>
    <w:p w14:paraId="08A5D8FB" w14:textId="77777777" w:rsidR="006B674D" w:rsidRPr="00EF3771" w:rsidRDefault="00000000">
      <w:pPr>
        <w:spacing w:after="120" w:line="240" w:lineRule="auto"/>
        <w:rPr>
          <w:sz w:val="32"/>
          <w:szCs w:val="28"/>
        </w:rPr>
      </w:pPr>
      <w:r w:rsidRPr="00EF3771">
        <w:rPr>
          <w:szCs w:val="28"/>
        </w:rPr>
        <w:t>Please provide details of two recent trade or client references.</w:t>
      </w:r>
    </w:p>
    <w:tbl>
      <w:tblPr>
        <w:tblStyle w:val="TableGrid"/>
        <w:tblW w:w="0" w:type="auto"/>
        <w:jc w:val="center"/>
        <w:tblLayout w:type="fixed"/>
        <w:tblLook w:val="04A0" w:firstRow="1" w:lastRow="0" w:firstColumn="1" w:lastColumn="0" w:noHBand="0" w:noVBand="1"/>
      </w:tblPr>
      <w:tblGrid>
        <w:gridCol w:w="2608"/>
        <w:gridCol w:w="3402"/>
        <w:gridCol w:w="3175"/>
      </w:tblGrid>
      <w:tr w:rsidR="006B674D" w14:paraId="07D9D0F8" w14:textId="77777777">
        <w:trPr>
          <w:jc w:val="center"/>
        </w:trPr>
        <w:tc>
          <w:tcPr>
            <w:tcW w:w="2608" w:type="dxa"/>
            <w:shd w:val="clear" w:color="auto" w:fill="EDEDED"/>
            <w:tcMar>
              <w:top w:w="90" w:type="dxa"/>
              <w:left w:w="100" w:type="dxa"/>
              <w:bottom w:w="90" w:type="dxa"/>
              <w:right w:w="100" w:type="dxa"/>
            </w:tcMar>
            <w:vAlign w:val="center"/>
          </w:tcPr>
          <w:p w14:paraId="5D81D53F" w14:textId="77777777" w:rsidR="006B674D" w:rsidRDefault="00000000">
            <w:pPr>
              <w:spacing w:after="60"/>
            </w:pPr>
            <w:r>
              <w:rPr>
                <w:b/>
              </w:rPr>
              <w:t>Reference</w:t>
            </w:r>
          </w:p>
        </w:tc>
        <w:tc>
          <w:tcPr>
            <w:tcW w:w="3402" w:type="dxa"/>
            <w:shd w:val="clear" w:color="auto" w:fill="EDEDED"/>
            <w:tcMar>
              <w:top w:w="90" w:type="dxa"/>
              <w:left w:w="100" w:type="dxa"/>
              <w:bottom w:w="90" w:type="dxa"/>
              <w:right w:w="100" w:type="dxa"/>
            </w:tcMar>
            <w:vAlign w:val="center"/>
          </w:tcPr>
          <w:p w14:paraId="58DEB757" w14:textId="77777777" w:rsidR="006B674D" w:rsidRDefault="00000000">
            <w:pPr>
              <w:spacing w:after="60"/>
            </w:pPr>
            <w:r>
              <w:rPr>
                <w:b/>
              </w:rPr>
              <w:t>Contact Details</w:t>
            </w:r>
          </w:p>
        </w:tc>
        <w:tc>
          <w:tcPr>
            <w:tcW w:w="3175" w:type="dxa"/>
            <w:shd w:val="clear" w:color="auto" w:fill="EDEDED"/>
            <w:tcMar>
              <w:top w:w="90" w:type="dxa"/>
              <w:left w:w="100" w:type="dxa"/>
              <w:bottom w:w="90" w:type="dxa"/>
              <w:right w:w="100" w:type="dxa"/>
            </w:tcMar>
            <w:vAlign w:val="center"/>
          </w:tcPr>
          <w:p w14:paraId="732C5C32" w14:textId="77777777" w:rsidR="006B674D" w:rsidRDefault="00000000">
            <w:pPr>
              <w:spacing w:after="60"/>
            </w:pPr>
            <w:r>
              <w:rPr>
                <w:b/>
              </w:rPr>
              <w:t>Nature of Work Undertaken</w:t>
            </w:r>
          </w:p>
        </w:tc>
      </w:tr>
      <w:tr w:rsidR="006B674D" w14:paraId="3A4B455A" w14:textId="77777777">
        <w:trPr>
          <w:jc w:val="center"/>
        </w:trPr>
        <w:tc>
          <w:tcPr>
            <w:tcW w:w="2608" w:type="dxa"/>
            <w:tcMar>
              <w:top w:w="90" w:type="dxa"/>
              <w:left w:w="100" w:type="dxa"/>
              <w:bottom w:w="90" w:type="dxa"/>
              <w:right w:w="100" w:type="dxa"/>
            </w:tcMar>
            <w:vAlign w:val="center"/>
          </w:tcPr>
          <w:p w14:paraId="4A3275A9" w14:textId="77777777" w:rsidR="006B674D" w:rsidRDefault="00000000">
            <w:pPr>
              <w:spacing w:after="60"/>
            </w:pPr>
            <w:r>
              <w:br/>
            </w:r>
          </w:p>
        </w:tc>
        <w:tc>
          <w:tcPr>
            <w:tcW w:w="3402" w:type="dxa"/>
            <w:tcMar>
              <w:top w:w="90" w:type="dxa"/>
              <w:left w:w="100" w:type="dxa"/>
              <w:bottom w:w="90" w:type="dxa"/>
              <w:right w:w="100" w:type="dxa"/>
            </w:tcMar>
            <w:vAlign w:val="center"/>
          </w:tcPr>
          <w:p w14:paraId="0CD8BDBF" w14:textId="77777777" w:rsidR="006B674D" w:rsidRDefault="00000000">
            <w:pPr>
              <w:spacing w:after="60"/>
            </w:pPr>
            <w:r>
              <w:br/>
            </w:r>
          </w:p>
        </w:tc>
        <w:tc>
          <w:tcPr>
            <w:tcW w:w="3175" w:type="dxa"/>
            <w:tcMar>
              <w:top w:w="90" w:type="dxa"/>
              <w:left w:w="100" w:type="dxa"/>
              <w:bottom w:w="90" w:type="dxa"/>
              <w:right w:w="100" w:type="dxa"/>
            </w:tcMar>
            <w:vAlign w:val="center"/>
          </w:tcPr>
          <w:p w14:paraId="71F40AB2" w14:textId="77777777" w:rsidR="006B674D" w:rsidRDefault="00000000">
            <w:pPr>
              <w:spacing w:after="60"/>
            </w:pPr>
            <w:r>
              <w:br/>
            </w:r>
          </w:p>
        </w:tc>
      </w:tr>
      <w:tr w:rsidR="006B674D" w14:paraId="5585EBD1" w14:textId="77777777">
        <w:trPr>
          <w:jc w:val="center"/>
        </w:trPr>
        <w:tc>
          <w:tcPr>
            <w:tcW w:w="2608" w:type="dxa"/>
            <w:tcMar>
              <w:top w:w="90" w:type="dxa"/>
              <w:left w:w="100" w:type="dxa"/>
              <w:bottom w:w="90" w:type="dxa"/>
              <w:right w:w="100" w:type="dxa"/>
            </w:tcMar>
            <w:vAlign w:val="center"/>
          </w:tcPr>
          <w:p w14:paraId="74B05CBE" w14:textId="77777777" w:rsidR="006B674D" w:rsidRDefault="00000000">
            <w:pPr>
              <w:spacing w:after="60"/>
            </w:pPr>
            <w:r>
              <w:br/>
            </w:r>
          </w:p>
        </w:tc>
        <w:tc>
          <w:tcPr>
            <w:tcW w:w="3402" w:type="dxa"/>
            <w:tcMar>
              <w:top w:w="90" w:type="dxa"/>
              <w:left w:w="100" w:type="dxa"/>
              <w:bottom w:w="90" w:type="dxa"/>
              <w:right w:w="100" w:type="dxa"/>
            </w:tcMar>
            <w:vAlign w:val="center"/>
          </w:tcPr>
          <w:p w14:paraId="2CE2D711" w14:textId="77777777" w:rsidR="006B674D" w:rsidRDefault="00000000">
            <w:pPr>
              <w:spacing w:after="60"/>
            </w:pPr>
            <w:r>
              <w:br/>
            </w:r>
          </w:p>
        </w:tc>
        <w:tc>
          <w:tcPr>
            <w:tcW w:w="3175" w:type="dxa"/>
            <w:tcMar>
              <w:top w:w="90" w:type="dxa"/>
              <w:left w:w="100" w:type="dxa"/>
              <w:bottom w:w="90" w:type="dxa"/>
              <w:right w:w="100" w:type="dxa"/>
            </w:tcMar>
            <w:vAlign w:val="center"/>
          </w:tcPr>
          <w:p w14:paraId="15616C56" w14:textId="77777777" w:rsidR="006B674D" w:rsidRDefault="00000000">
            <w:pPr>
              <w:spacing w:after="60"/>
            </w:pPr>
            <w:r>
              <w:br/>
            </w:r>
          </w:p>
        </w:tc>
      </w:tr>
    </w:tbl>
    <w:p w14:paraId="0DB4A332" w14:textId="77777777" w:rsidR="006B674D" w:rsidRDefault="006B674D">
      <w:pPr>
        <w:spacing w:after="120" w:line="240" w:lineRule="auto"/>
      </w:pPr>
    </w:p>
    <w:p w14:paraId="65E568B6" w14:textId="77777777" w:rsidR="006B674D" w:rsidRPr="00EF3771" w:rsidRDefault="00000000">
      <w:pPr>
        <w:spacing w:after="120" w:line="240" w:lineRule="auto"/>
        <w:rPr>
          <w:sz w:val="28"/>
          <w:szCs w:val="24"/>
        </w:rPr>
      </w:pPr>
      <w:r w:rsidRPr="00EF3771">
        <w:rPr>
          <w:b/>
          <w:szCs w:val="24"/>
        </w:rPr>
        <w:t>7. BANK DETAILS FOR PAYMENT</w:t>
      </w:r>
    </w:p>
    <w:tbl>
      <w:tblPr>
        <w:tblStyle w:val="TableGrid"/>
        <w:tblW w:w="0" w:type="auto"/>
        <w:jc w:val="center"/>
        <w:tblLayout w:type="fixed"/>
        <w:tblLook w:val="04A0" w:firstRow="1" w:lastRow="0" w:firstColumn="1" w:lastColumn="0" w:noHBand="0" w:noVBand="1"/>
      </w:tblPr>
      <w:tblGrid>
        <w:gridCol w:w="3061"/>
        <w:gridCol w:w="6123"/>
      </w:tblGrid>
      <w:tr w:rsidR="006B674D" w14:paraId="7FE0B701" w14:textId="77777777">
        <w:trPr>
          <w:jc w:val="center"/>
        </w:trPr>
        <w:tc>
          <w:tcPr>
            <w:tcW w:w="3061" w:type="dxa"/>
            <w:shd w:val="clear" w:color="auto" w:fill="EDEDED"/>
          </w:tcPr>
          <w:p w14:paraId="2CEF0D1F" w14:textId="77777777" w:rsidR="006B674D" w:rsidRDefault="00000000">
            <w:pPr>
              <w:spacing w:after="60"/>
            </w:pPr>
            <w:r>
              <w:rPr>
                <w:b/>
              </w:rPr>
              <w:t>Account Name</w:t>
            </w:r>
          </w:p>
        </w:tc>
        <w:tc>
          <w:tcPr>
            <w:tcW w:w="6123" w:type="dxa"/>
          </w:tcPr>
          <w:p w14:paraId="69D73387" w14:textId="77777777" w:rsidR="006B674D" w:rsidRDefault="006B674D">
            <w:pPr>
              <w:spacing w:after="60"/>
            </w:pPr>
          </w:p>
        </w:tc>
      </w:tr>
      <w:tr w:rsidR="006B674D" w14:paraId="0C88407E" w14:textId="77777777">
        <w:trPr>
          <w:jc w:val="center"/>
        </w:trPr>
        <w:tc>
          <w:tcPr>
            <w:tcW w:w="3061" w:type="dxa"/>
            <w:shd w:val="clear" w:color="auto" w:fill="EDEDED"/>
          </w:tcPr>
          <w:p w14:paraId="6AD98FF5" w14:textId="77777777" w:rsidR="006B674D" w:rsidRDefault="00000000">
            <w:pPr>
              <w:spacing w:after="60"/>
            </w:pPr>
            <w:r>
              <w:rPr>
                <w:b/>
              </w:rPr>
              <w:t>Bank Name</w:t>
            </w:r>
          </w:p>
        </w:tc>
        <w:tc>
          <w:tcPr>
            <w:tcW w:w="6123" w:type="dxa"/>
          </w:tcPr>
          <w:p w14:paraId="377487BD" w14:textId="77777777" w:rsidR="006B674D" w:rsidRDefault="006B674D">
            <w:pPr>
              <w:spacing w:after="60"/>
            </w:pPr>
          </w:p>
        </w:tc>
      </w:tr>
      <w:tr w:rsidR="006B674D" w14:paraId="4A77E96F" w14:textId="77777777">
        <w:trPr>
          <w:jc w:val="center"/>
        </w:trPr>
        <w:tc>
          <w:tcPr>
            <w:tcW w:w="3061" w:type="dxa"/>
            <w:shd w:val="clear" w:color="auto" w:fill="EDEDED"/>
          </w:tcPr>
          <w:p w14:paraId="621EEBA7" w14:textId="77777777" w:rsidR="006B674D" w:rsidRDefault="00000000">
            <w:pPr>
              <w:spacing w:after="60"/>
            </w:pPr>
            <w:r>
              <w:rPr>
                <w:b/>
              </w:rPr>
              <w:t>Sort Code</w:t>
            </w:r>
          </w:p>
        </w:tc>
        <w:tc>
          <w:tcPr>
            <w:tcW w:w="6123" w:type="dxa"/>
          </w:tcPr>
          <w:p w14:paraId="57434341" w14:textId="77777777" w:rsidR="006B674D" w:rsidRDefault="006B674D">
            <w:pPr>
              <w:spacing w:after="60"/>
            </w:pPr>
          </w:p>
        </w:tc>
      </w:tr>
      <w:tr w:rsidR="006B674D" w14:paraId="1972866F" w14:textId="77777777">
        <w:trPr>
          <w:jc w:val="center"/>
        </w:trPr>
        <w:tc>
          <w:tcPr>
            <w:tcW w:w="3061" w:type="dxa"/>
            <w:shd w:val="clear" w:color="auto" w:fill="EDEDED"/>
          </w:tcPr>
          <w:p w14:paraId="75431279" w14:textId="77777777" w:rsidR="006B674D" w:rsidRDefault="00000000">
            <w:pPr>
              <w:spacing w:after="60"/>
            </w:pPr>
            <w:r>
              <w:rPr>
                <w:b/>
              </w:rPr>
              <w:t>Account Number</w:t>
            </w:r>
          </w:p>
        </w:tc>
        <w:tc>
          <w:tcPr>
            <w:tcW w:w="6123" w:type="dxa"/>
          </w:tcPr>
          <w:p w14:paraId="2928B347" w14:textId="77777777" w:rsidR="006B674D" w:rsidRDefault="006B674D">
            <w:pPr>
              <w:spacing w:after="60"/>
            </w:pPr>
          </w:p>
        </w:tc>
      </w:tr>
      <w:tr w:rsidR="006B674D" w14:paraId="05B5E7A2" w14:textId="77777777">
        <w:trPr>
          <w:jc w:val="center"/>
        </w:trPr>
        <w:tc>
          <w:tcPr>
            <w:tcW w:w="3061" w:type="dxa"/>
            <w:shd w:val="clear" w:color="auto" w:fill="EDEDED"/>
          </w:tcPr>
          <w:p w14:paraId="599C096B" w14:textId="77777777" w:rsidR="006B674D" w:rsidRDefault="00000000">
            <w:pPr>
              <w:spacing w:after="60"/>
            </w:pPr>
            <w:r>
              <w:rPr>
                <w:b/>
              </w:rPr>
              <w:t>Payment Email / Remittance Email</w:t>
            </w:r>
          </w:p>
        </w:tc>
        <w:tc>
          <w:tcPr>
            <w:tcW w:w="6123" w:type="dxa"/>
          </w:tcPr>
          <w:p w14:paraId="52223772" w14:textId="77777777" w:rsidR="006B674D" w:rsidRDefault="006B674D">
            <w:pPr>
              <w:spacing w:after="60"/>
            </w:pPr>
          </w:p>
        </w:tc>
      </w:tr>
    </w:tbl>
    <w:p w14:paraId="2E83F5D0" w14:textId="77777777" w:rsidR="006B674D" w:rsidRPr="00EF3771" w:rsidRDefault="006B674D">
      <w:pPr>
        <w:spacing w:after="120" w:line="240" w:lineRule="auto"/>
        <w:rPr>
          <w:sz w:val="28"/>
          <w:szCs w:val="24"/>
        </w:rPr>
      </w:pPr>
    </w:p>
    <w:p w14:paraId="1779FCBD" w14:textId="77777777" w:rsidR="006B674D" w:rsidRPr="00EF3771" w:rsidRDefault="00000000">
      <w:pPr>
        <w:spacing w:after="120" w:line="240" w:lineRule="auto"/>
        <w:rPr>
          <w:sz w:val="28"/>
          <w:szCs w:val="24"/>
        </w:rPr>
      </w:pPr>
      <w:r w:rsidRPr="00EF3771">
        <w:rPr>
          <w:b/>
          <w:szCs w:val="24"/>
        </w:rPr>
        <w:t>8. DECLARATION</w:t>
      </w:r>
    </w:p>
    <w:p w14:paraId="3DE19FC6" w14:textId="77777777" w:rsidR="006B674D" w:rsidRPr="00EF3771" w:rsidRDefault="00000000">
      <w:pPr>
        <w:spacing w:after="120" w:line="240" w:lineRule="auto"/>
        <w:rPr>
          <w:sz w:val="32"/>
          <w:szCs w:val="28"/>
        </w:rPr>
      </w:pPr>
      <w:r w:rsidRPr="00EF3771">
        <w:rPr>
          <w:szCs w:val="28"/>
        </w:rPr>
        <w:t>I / We confirm that the information provided in this application is true and accurate to the best of my / our knowledge. I / We agree to notify the instructing agent immediately of any change to the above information, including any lapse in insurance, qualification, accreditation or legal trading status. I / We understand that all works must be carried out in a professional manner, in accordance with current legislation, health and safety requirements and any reasonable written instructions given.</w:t>
      </w:r>
    </w:p>
    <w:tbl>
      <w:tblPr>
        <w:tblStyle w:val="TableGrid"/>
        <w:tblW w:w="0" w:type="auto"/>
        <w:jc w:val="center"/>
        <w:tblLayout w:type="fixed"/>
        <w:tblLook w:val="04A0" w:firstRow="1" w:lastRow="0" w:firstColumn="1" w:lastColumn="0" w:noHBand="0" w:noVBand="1"/>
      </w:tblPr>
      <w:tblGrid>
        <w:gridCol w:w="3061"/>
        <w:gridCol w:w="6123"/>
      </w:tblGrid>
      <w:tr w:rsidR="006B674D" w14:paraId="34DA7330" w14:textId="77777777">
        <w:trPr>
          <w:jc w:val="center"/>
        </w:trPr>
        <w:tc>
          <w:tcPr>
            <w:tcW w:w="3061" w:type="dxa"/>
            <w:shd w:val="clear" w:color="auto" w:fill="EDEDED"/>
          </w:tcPr>
          <w:p w14:paraId="13BB42DA" w14:textId="77777777" w:rsidR="006B674D" w:rsidRDefault="00000000">
            <w:pPr>
              <w:spacing w:after="60"/>
            </w:pPr>
            <w:r>
              <w:rPr>
                <w:b/>
              </w:rPr>
              <w:t>Signed</w:t>
            </w:r>
          </w:p>
        </w:tc>
        <w:tc>
          <w:tcPr>
            <w:tcW w:w="6123" w:type="dxa"/>
          </w:tcPr>
          <w:p w14:paraId="12006975" w14:textId="77777777" w:rsidR="006B674D" w:rsidRDefault="006B674D">
            <w:pPr>
              <w:spacing w:after="60"/>
            </w:pPr>
          </w:p>
        </w:tc>
      </w:tr>
      <w:tr w:rsidR="006B674D" w14:paraId="4E8659C6" w14:textId="77777777">
        <w:trPr>
          <w:jc w:val="center"/>
        </w:trPr>
        <w:tc>
          <w:tcPr>
            <w:tcW w:w="3061" w:type="dxa"/>
            <w:shd w:val="clear" w:color="auto" w:fill="EDEDED"/>
          </w:tcPr>
          <w:p w14:paraId="3B81CF6E" w14:textId="77777777" w:rsidR="006B674D" w:rsidRDefault="00000000">
            <w:pPr>
              <w:spacing w:after="60"/>
            </w:pPr>
            <w:r>
              <w:rPr>
                <w:b/>
              </w:rPr>
              <w:t>Name</w:t>
            </w:r>
          </w:p>
        </w:tc>
        <w:tc>
          <w:tcPr>
            <w:tcW w:w="6123" w:type="dxa"/>
          </w:tcPr>
          <w:p w14:paraId="7DFF8460" w14:textId="77777777" w:rsidR="006B674D" w:rsidRDefault="006B674D">
            <w:pPr>
              <w:spacing w:after="60"/>
            </w:pPr>
          </w:p>
        </w:tc>
      </w:tr>
      <w:tr w:rsidR="006B674D" w14:paraId="6D52402E" w14:textId="77777777">
        <w:trPr>
          <w:jc w:val="center"/>
        </w:trPr>
        <w:tc>
          <w:tcPr>
            <w:tcW w:w="3061" w:type="dxa"/>
            <w:shd w:val="clear" w:color="auto" w:fill="EDEDED"/>
          </w:tcPr>
          <w:p w14:paraId="132EE75C" w14:textId="77777777" w:rsidR="006B674D" w:rsidRDefault="00000000">
            <w:pPr>
              <w:spacing w:after="60"/>
            </w:pPr>
            <w:r>
              <w:rPr>
                <w:b/>
              </w:rPr>
              <w:t>Position</w:t>
            </w:r>
          </w:p>
        </w:tc>
        <w:tc>
          <w:tcPr>
            <w:tcW w:w="6123" w:type="dxa"/>
          </w:tcPr>
          <w:p w14:paraId="096E7384" w14:textId="77777777" w:rsidR="006B674D" w:rsidRDefault="006B674D">
            <w:pPr>
              <w:spacing w:after="60"/>
            </w:pPr>
          </w:p>
        </w:tc>
      </w:tr>
      <w:tr w:rsidR="006B674D" w14:paraId="426711AA" w14:textId="77777777">
        <w:trPr>
          <w:jc w:val="center"/>
        </w:trPr>
        <w:tc>
          <w:tcPr>
            <w:tcW w:w="3061" w:type="dxa"/>
            <w:shd w:val="clear" w:color="auto" w:fill="EDEDED"/>
          </w:tcPr>
          <w:p w14:paraId="07750B84" w14:textId="77777777" w:rsidR="006B674D" w:rsidRDefault="00000000">
            <w:pPr>
              <w:spacing w:after="60"/>
            </w:pPr>
            <w:r>
              <w:rPr>
                <w:b/>
              </w:rPr>
              <w:t>For and on behalf of</w:t>
            </w:r>
          </w:p>
        </w:tc>
        <w:tc>
          <w:tcPr>
            <w:tcW w:w="6123" w:type="dxa"/>
          </w:tcPr>
          <w:p w14:paraId="30478286" w14:textId="77777777" w:rsidR="006B674D" w:rsidRDefault="006B674D">
            <w:pPr>
              <w:spacing w:after="60"/>
            </w:pPr>
          </w:p>
        </w:tc>
      </w:tr>
      <w:tr w:rsidR="006B674D" w14:paraId="6D8C605A" w14:textId="77777777">
        <w:trPr>
          <w:jc w:val="center"/>
        </w:trPr>
        <w:tc>
          <w:tcPr>
            <w:tcW w:w="3061" w:type="dxa"/>
            <w:shd w:val="clear" w:color="auto" w:fill="EDEDED"/>
          </w:tcPr>
          <w:p w14:paraId="071D8F70" w14:textId="77777777" w:rsidR="006B674D" w:rsidRDefault="00000000">
            <w:pPr>
              <w:spacing w:after="60"/>
            </w:pPr>
            <w:r>
              <w:rPr>
                <w:b/>
              </w:rPr>
              <w:t>Date</w:t>
            </w:r>
          </w:p>
        </w:tc>
        <w:tc>
          <w:tcPr>
            <w:tcW w:w="6123" w:type="dxa"/>
          </w:tcPr>
          <w:p w14:paraId="141465A6" w14:textId="77777777" w:rsidR="006B674D" w:rsidRDefault="006B674D">
            <w:pPr>
              <w:spacing w:after="60"/>
            </w:pPr>
          </w:p>
        </w:tc>
      </w:tr>
    </w:tbl>
    <w:p w14:paraId="3D594EBD" w14:textId="77777777" w:rsidR="006B674D" w:rsidRDefault="006B674D">
      <w:pPr>
        <w:spacing w:after="120" w:line="240" w:lineRule="auto"/>
      </w:pPr>
    </w:p>
    <w:p w14:paraId="262E6DD2" w14:textId="77777777" w:rsidR="006B674D" w:rsidRPr="00EF3771" w:rsidRDefault="00000000">
      <w:pPr>
        <w:spacing w:after="120" w:line="240" w:lineRule="auto"/>
        <w:rPr>
          <w:sz w:val="28"/>
          <w:szCs w:val="24"/>
        </w:rPr>
      </w:pPr>
      <w:r w:rsidRPr="00EF3771">
        <w:rPr>
          <w:b/>
          <w:szCs w:val="24"/>
        </w:rPr>
        <w:t>DOCUMENTS TO BE RETURNED WITH THIS FORM</w:t>
      </w:r>
    </w:p>
    <w:tbl>
      <w:tblPr>
        <w:tblStyle w:val="TableGrid"/>
        <w:tblW w:w="0" w:type="auto"/>
        <w:jc w:val="center"/>
        <w:tblLook w:val="04A0" w:firstRow="1" w:lastRow="0" w:firstColumn="1" w:lastColumn="0" w:noHBand="0" w:noVBand="1"/>
      </w:tblPr>
      <w:tblGrid>
        <w:gridCol w:w="4592"/>
        <w:gridCol w:w="4592"/>
      </w:tblGrid>
      <w:tr w:rsidR="006B674D" w14:paraId="6C435022" w14:textId="77777777">
        <w:trPr>
          <w:jc w:val="center"/>
        </w:trPr>
        <w:tc>
          <w:tcPr>
            <w:tcW w:w="4592" w:type="dxa"/>
            <w:tcMar>
              <w:top w:w="90" w:type="dxa"/>
              <w:left w:w="110" w:type="dxa"/>
              <w:bottom w:w="90" w:type="dxa"/>
              <w:right w:w="110" w:type="dxa"/>
            </w:tcMar>
            <w:vAlign w:val="center"/>
          </w:tcPr>
          <w:p w14:paraId="5E37DDDD" w14:textId="77777777" w:rsidR="006B674D" w:rsidRDefault="00000000">
            <w:pPr>
              <w:spacing w:after="60"/>
            </w:pPr>
            <w:r>
              <w:t>☐  Copy of current public liability insurance</w:t>
            </w:r>
          </w:p>
        </w:tc>
        <w:tc>
          <w:tcPr>
            <w:tcW w:w="4592" w:type="dxa"/>
            <w:tcMar>
              <w:top w:w="90" w:type="dxa"/>
              <w:left w:w="110" w:type="dxa"/>
              <w:bottom w:w="90" w:type="dxa"/>
              <w:right w:w="110" w:type="dxa"/>
            </w:tcMar>
            <w:vAlign w:val="center"/>
          </w:tcPr>
          <w:p w14:paraId="2047598E" w14:textId="77777777" w:rsidR="006B674D" w:rsidRDefault="00000000">
            <w:pPr>
              <w:spacing w:after="60"/>
            </w:pPr>
            <w:r>
              <w:t>☐  Copies of relevant trade registration / certification</w:t>
            </w:r>
          </w:p>
        </w:tc>
      </w:tr>
      <w:tr w:rsidR="006B674D" w14:paraId="4A897C10" w14:textId="77777777">
        <w:trPr>
          <w:jc w:val="center"/>
        </w:trPr>
        <w:tc>
          <w:tcPr>
            <w:tcW w:w="4592" w:type="dxa"/>
            <w:tcMar>
              <w:top w:w="90" w:type="dxa"/>
              <w:left w:w="110" w:type="dxa"/>
              <w:bottom w:w="90" w:type="dxa"/>
              <w:right w:w="110" w:type="dxa"/>
            </w:tcMar>
            <w:vAlign w:val="center"/>
          </w:tcPr>
          <w:p w14:paraId="6D66275A" w14:textId="77777777" w:rsidR="006B674D" w:rsidRDefault="00000000">
            <w:pPr>
              <w:spacing w:after="60"/>
            </w:pPr>
            <w:r>
              <w:t>☐  Proof of company address / letterhead</w:t>
            </w:r>
          </w:p>
        </w:tc>
        <w:tc>
          <w:tcPr>
            <w:tcW w:w="4592" w:type="dxa"/>
            <w:tcMar>
              <w:top w:w="90" w:type="dxa"/>
              <w:left w:w="110" w:type="dxa"/>
              <w:bottom w:w="90" w:type="dxa"/>
              <w:right w:w="110" w:type="dxa"/>
            </w:tcMar>
            <w:vAlign w:val="center"/>
          </w:tcPr>
          <w:p w14:paraId="0300A368" w14:textId="77777777" w:rsidR="006B674D" w:rsidRDefault="00000000">
            <w:pPr>
              <w:spacing w:after="60"/>
            </w:pPr>
            <w:r>
              <w:t>☐  Copy of employers’ liability insurance (if applicable)</w:t>
            </w:r>
          </w:p>
        </w:tc>
      </w:tr>
      <w:tr w:rsidR="006B674D" w14:paraId="503739D5" w14:textId="77777777">
        <w:trPr>
          <w:jc w:val="center"/>
        </w:trPr>
        <w:tc>
          <w:tcPr>
            <w:tcW w:w="4592" w:type="dxa"/>
            <w:tcMar>
              <w:top w:w="90" w:type="dxa"/>
              <w:left w:w="110" w:type="dxa"/>
              <w:bottom w:w="90" w:type="dxa"/>
              <w:right w:w="110" w:type="dxa"/>
            </w:tcMar>
            <w:vAlign w:val="center"/>
          </w:tcPr>
          <w:p w14:paraId="17693CE5" w14:textId="77777777" w:rsidR="006B674D" w:rsidRDefault="00000000">
            <w:pPr>
              <w:spacing w:after="60"/>
            </w:pPr>
            <w:r>
              <w:lastRenderedPageBreak/>
              <w:t>☐  Photographic identification for principal contact</w:t>
            </w:r>
          </w:p>
        </w:tc>
        <w:tc>
          <w:tcPr>
            <w:tcW w:w="4592" w:type="dxa"/>
            <w:tcMar>
              <w:top w:w="90" w:type="dxa"/>
              <w:left w:w="110" w:type="dxa"/>
              <w:bottom w:w="90" w:type="dxa"/>
              <w:right w:w="110" w:type="dxa"/>
            </w:tcMar>
            <w:vAlign w:val="center"/>
          </w:tcPr>
          <w:p w14:paraId="3B51E7D2" w14:textId="77777777" w:rsidR="006B674D" w:rsidRDefault="00000000">
            <w:pPr>
              <w:spacing w:after="60"/>
            </w:pPr>
            <w:r>
              <w:t>☐  Bank details confirmation</w:t>
            </w:r>
          </w:p>
        </w:tc>
      </w:tr>
    </w:tbl>
    <w:p w14:paraId="71B27259" w14:textId="77777777" w:rsidR="00AE60A8" w:rsidRDefault="00AE60A8"/>
    <w:sectPr w:rsidR="00AE60A8" w:rsidSect="0003461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78231" w14:textId="77777777" w:rsidR="005A67F0" w:rsidRDefault="005A67F0">
      <w:pPr>
        <w:spacing w:after="0" w:line="240" w:lineRule="auto"/>
      </w:pPr>
      <w:r>
        <w:separator/>
      </w:r>
    </w:p>
  </w:endnote>
  <w:endnote w:type="continuationSeparator" w:id="0">
    <w:p w14:paraId="79288896" w14:textId="77777777" w:rsidR="005A67F0" w:rsidRDefault="005A6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DB37" w14:textId="581F8F74" w:rsidR="006B674D" w:rsidRPr="00EF3771" w:rsidRDefault="00000000" w:rsidP="00EF3771">
    <w:pPr>
      <w:pStyle w:val="Footer"/>
      <w:rPr>
        <w:rFonts w:ascii="Arial" w:hAnsi="Arial" w:cs="Arial"/>
        <w:sz w:val="20"/>
        <w:szCs w:val="20"/>
      </w:rPr>
    </w:pPr>
    <w:r w:rsidRPr="00EF3771">
      <w:rPr>
        <w:rFonts w:ascii="Arial" w:hAnsi="Arial" w:cs="Arial"/>
        <w:sz w:val="16"/>
        <w:szCs w:val="20"/>
      </w:rPr>
      <w:t>Contractor Application Form</w:t>
    </w:r>
    <w:r w:rsidR="00EF3771">
      <w:rPr>
        <w:rFonts w:ascii="Arial" w:hAnsi="Arial" w:cs="Arial"/>
        <w:sz w:val="16"/>
        <w:szCs w:val="20"/>
      </w:rPr>
      <w:t xml:space="preserve"> –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119E5" w14:textId="77777777" w:rsidR="005A67F0" w:rsidRDefault="005A67F0">
      <w:pPr>
        <w:spacing w:after="0" w:line="240" w:lineRule="auto"/>
      </w:pPr>
      <w:r>
        <w:separator/>
      </w:r>
    </w:p>
  </w:footnote>
  <w:footnote w:type="continuationSeparator" w:id="0">
    <w:p w14:paraId="5A26FF17" w14:textId="77777777" w:rsidR="005A67F0" w:rsidRDefault="005A67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48859647">
    <w:abstractNumId w:val="8"/>
  </w:num>
  <w:num w:numId="2" w16cid:durableId="1409618966">
    <w:abstractNumId w:val="6"/>
  </w:num>
  <w:num w:numId="3" w16cid:durableId="1604412864">
    <w:abstractNumId w:val="5"/>
  </w:num>
  <w:num w:numId="4" w16cid:durableId="1673602864">
    <w:abstractNumId w:val="4"/>
  </w:num>
  <w:num w:numId="5" w16cid:durableId="1076779734">
    <w:abstractNumId w:val="7"/>
  </w:num>
  <w:num w:numId="6" w16cid:durableId="929896148">
    <w:abstractNumId w:val="3"/>
  </w:num>
  <w:num w:numId="7" w16cid:durableId="2077195393">
    <w:abstractNumId w:val="2"/>
  </w:num>
  <w:num w:numId="8" w16cid:durableId="1523131473">
    <w:abstractNumId w:val="1"/>
  </w:num>
  <w:num w:numId="9" w16cid:durableId="655035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7BE7"/>
    <w:rsid w:val="0015074B"/>
    <w:rsid w:val="001C2470"/>
    <w:rsid w:val="0029639D"/>
    <w:rsid w:val="0032518F"/>
    <w:rsid w:val="00326F90"/>
    <w:rsid w:val="003E5B40"/>
    <w:rsid w:val="005A67F0"/>
    <w:rsid w:val="00693E6C"/>
    <w:rsid w:val="006B674D"/>
    <w:rsid w:val="00AA1D8D"/>
    <w:rsid w:val="00AE60A8"/>
    <w:rsid w:val="00B45671"/>
    <w:rsid w:val="00B47730"/>
    <w:rsid w:val="00B5051C"/>
    <w:rsid w:val="00CB0664"/>
    <w:rsid w:val="00EF37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F9EE34"/>
  <w14:defaultImageDpi w14:val="300"/>
  <w15:docId w15:val="{153E4BB8-7E50-4B40-8B7A-ADCB7B21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Times New Roman" w:eastAsia="Times New Roman" w:hAnsi="Times New Roman"/>
      <w:sz w:val="22"/>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Times New Roman" w:eastAsia="Times New Roman" w:hAnsi="Times New Roman"/>
      <w:sz w:val="22"/>
    </w:r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Arial" w:eastAsia="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Wai Keung</cp:lastModifiedBy>
  <cp:revision>5</cp:revision>
  <dcterms:created xsi:type="dcterms:W3CDTF">2013-12-23T23:15:00Z</dcterms:created>
  <dcterms:modified xsi:type="dcterms:W3CDTF">2026-04-12T14:03:00Z</dcterms:modified>
  <cp:category/>
</cp:coreProperties>
</file>